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33D8" w14:textId="77777777" w:rsidR="0022719F" w:rsidRDefault="00C67363">
      <w:pPr>
        <w:spacing w:after="20" w:line="240" w:lineRule="auto"/>
      </w:pPr>
      <w:proofErr w:type="gramStart"/>
      <w:r>
        <w:rPr>
          <w:rFonts w:eastAsia="Calibri"/>
          <w:b/>
          <w:color w:val="0B8F8C"/>
          <w:sz w:val="17"/>
        </w:rPr>
        <w:t>TAIPEI  •</w:t>
      </w:r>
      <w:proofErr w:type="gramEnd"/>
      <w:r>
        <w:rPr>
          <w:rFonts w:eastAsia="Calibri"/>
          <w:b/>
          <w:color w:val="0B8F8C"/>
          <w:sz w:val="17"/>
        </w:rPr>
        <w:t xml:space="preserve">  NOVEMBER 19, 2026</w:t>
      </w:r>
    </w:p>
    <w:p w14:paraId="7A39E777" w14:textId="77777777" w:rsidR="0022719F" w:rsidRDefault="00C67363">
      <w:pPr>
        <w:spacing w:after="0" w:line="240" w:lineRule="auto"/>
      </w:pPr>
      <w:r>
        <w:rPr>
          <w:rFonts w:eastAsia="Calibri"/>
          <w:b/>
          <w:color w:val="163B5C"/>
          <w:sz w:val="36"/>
        </w:rPr>
        <w:t>The 10th International Media Conference of Taipei</w:t>
      </w:r>
    </w:p>
    <w:p w14:paraId="1A71C621" w14:textId="0E5E83EF" w:rsidR="0022719F" w:rsidRDefault="00C67363">
      <w:pPr>
        <w:spacing w:after="60" w:line="240" w:lineRule="auto"/>
      </w:pPr>
      <w:r>
        <w:rPr>
          <w:rFonts w:eastAsia="Calibri"/>
          <w:b/>
          <w:color w:val="2E74B5"/>
          <w:sz w:val="21"/>
        </w:rPr>
        <w:t xml:space="preserve">International </w:t>
      </w:r>
      <w:r>
        <w:rPr>
          <w:rFonts w:eastAsia="Calibri"/>
          <w:b/>
          <w:color w:val="2E74B5"/>
          <w:sz w:val="21"/>
        </w:rPr>
        <w:t>Registration Form</w:t>
      </w:r>
    </w:p>
    <w:p w14:paraId="7E4167DA" w14:textId="77777777" w:rsidR="00443C21" w:rsidRDefault="00C67363">
      <w:pPr>
        <w:shd w:val="clear" w:color="auto" w:fill="E8EEF5"/>
        <w:spacing w:before="45" w:after="45"/>
        <w:ind w:left="110" w:right="110"/>
        <w:rPr>
          <w:rFonts w:eastAsia="新細明體"/>
          <w:sz w:val="18"/>
          <w:lang w:eastAsia="zh-TW"/>
        </w:rPr>
      </w:pPr>
      <w:r>
        <w:rPr>
          <w:rFonts w:eastAsia="Calibri"/>
          <w:b/>
          <w:color w:val="163B5C"/>
          <w:sz w:val="18"/>
        </w:rPr>
        <w:t xml:space="preserve">EVENT </w:t>
      </w:r>
      <w:r>
        <w:rPr>
          <w:rFonts w:eastAsia="Calibri"/>
          <w:sz w:val="18"/>
        </w:rPr>
        <w:t xml:space="preserve">Thursday, November 19, </w:t>
      </w:r>
      <w:proofErr w:type="gramStart"/>
      <w:r>
        <w:rPr>
          <w:rFonts w:eastAsia="Calibri"/>
          <w:sz w:val="18"/>
        </w:rPr>
        <w:t>2026  |</w:t>
      </w:r>
      <w:proofErr w:type="gramEnd"/>
      <w:r>
        <w:rPr>
          <w:rFonts w:eastAsia="Calibri"/>
          <w:sz w:val="18"/>
        </w:rPr>
        <w:t xml:space="preserve">  9:00 AM–5:00 PM (UTC+8</w:t>
      </w:r>
      <w:proofErr w:type="gramStart"/>
      <w:r>
        <w:rPr>
          <w:rFonts w:eastAsia="Calibri"/>
          <w:sz w:val="18"/>
        </w:rPr>
        <w:t>)  |</w:t>
      </w:r>
      <w:proofErr w:type="gramEnd"/>
      <w:r>
        <w:rPr>
          <w:rFonts w:eastAsia="Calibri"/>
          <w:sz w:val="18"/>
        </w:rPr>
        <w:t xml:space="preserve">  Hua Nan Bank International Convention Center, 2F, No. 123, Songren Rd., Xinyi District, Taipei City 110415, Taiwan  |  </w:t>
      </w:r>
    </w:p>
    <w:p w14:paraId="19CAAA3F" w14:textId="52C479C4" w:rsidR="0022719F" w:rsidRPr="00443C21" w:rsidRDefault="00C67363">
      <w:pPr>
        <w:shd w:val="clear" w:color="auto" w:fill="E8EEF5"/>
        <w:spacing w:before="45" w:after="45"/>
        <w:ind w:left="110" w:right="110"/>
        <w:rPr>
          <w:color w:val="EE0000"/>
        </w:rPr>
      </w:pPr>
      <w:r w:rsidRPr="00443C21">
        <w:rPr>
          <w:rFonts w:eastAsia="Calibri"/>
          <w:color w:val="EE0000"/>
          <w:sz w:val="18"/>
        </w:rPr>
        <w:t xml:space="preserve">Registration deadline: </w:t>
      </w:r>
      <w:r w:rsidR="00443C21" w:rsidRPr="00443C21">
        <w:rPr>
          <w:rFonts w:eastAsia="Calibri"/>
          <w:color w:val="EE0000"/>
          <w:sz w:val="18"/>
        </w:rPr>
        <w:t>October 19</w:t>
      </w:r>
      <w:r w:rsidRPr="00443C21">
        <w:rPr>
          <w:rFonts w:eastAsia="Calibri"/>
          <w:color w:val="EE0000"/>
          <w:sz w:val="18"/>
        </w:rPr>
        <w:t>, 2026</w:t>
      </w:r>
    </w:p>
    <w:p w14:paraId="0EF1E697" w14:textId="77777777" w:rsidR="0022719F" w:rsidRDefault="00C67363">
      <w:pPr>
        <w:keepNext/>
        <w:spacing w:before="80" w:after="100" w:line="240" w:lineRule="auto"/>
      </w:pPr>
      <w:r>
        <w:rPr>
          <w:rFonts w:eastAsia="Calibri"/>
          <w:b/>
          <w:color w:val="2E74B5"/>
          <w:sz w:val="27"/>
        </w:rPr>
        <w:t>1. Organization and Group Coordinator</w:t>
      </w:r>
    </w:p>
    <w:tbl>
      <w:tblPr>
        <w:tblW w:w="15120" w:type="dxa"/>
        <w:tblInd w:w="120" w:type="dxa"/>
        <w:tblBorders>
          <w:top w:val="single" w:sz="5" w:space="0" w:color="C8D2DC"/>
          <w:left w:val="single" w:sz="5" w:space="0" w:color="C8D2DC"/>
          <w:bottom w:val="single" w:sz="5" w:space="0" w:color="C8D2DC"/>
          <w:right w:val="single" w:sz="5" w:space="0" w:color="C8D2DC"/>
          <w:insideH w:val="single" w:sz="5" w:space="0" w:color="C8D2DC"/>
          <w:insideV w:val="single" w:sz="5" w:space="0" w:color="C8D2DC"/>
        </w:tblBorders>
        <w:tblLayout w:type="fixed"/>
        <w:tblLook w:val="04A0" w:firstRow="1" w:lastRow="0" w:firstColumn="1" w:lastColumn="0" w:noHBand="0" w:noVBand="1"/>
      </w:tblPr>
      <w:tblGrid>
        <w:gridCol w:w="2180"/>
        <w:gridCol w:w="5380"/>
        <w:gridCol w:w="2180"/>
        <w:gridCol w:w="5380"/>
      </w:tblGrid>
      <w:tr w:rsidR="0022719F" w14:paraId="61E34DD2" w14:textId="77777777">
        <w:trPr>
          <w:cantSplit/>
          <w:trHeight w:val="374"/>
        </w:trPr>
        <w:tc>
          <w:tcPr>
            <w:tcW w:w="2180" w:type="dxa"/>
            <w:shd w:val="clear" w:color="auto" w:fill="F2F4F7"/>
            <w:tcMar>
              <w:top w:w="45" w:type="dxa"/>
              <w:left w:w="75" w:type="dxa"/>
              <w:bottom w:w="45" w:type="dxa"/>
              <w:right w:w="75" w:type="dxa"/>
            </w:tcMar>
            <w:vAlign w:val="center"/>
          </w:tcPr>
          <w:p w14:paraId="7127EF11" w14:textId="77777777" w:rsidR="0022719F" w:rsidRDefault="00C67363">
            <w:pPr>
              <w:keepNext/>
              <w:spacing w:after="0" w:line="252" w:lineRule="auto"/>
            </w:pPr>
            <w:r>
              <w:rPr>
                <w:rFonts w:eastAsia="Calibri"/>
                <w:b/>
                <w:color w:val="163B5C"/>
                <w:sz w:val="17"/>
              </w:rPr>
              <w:t>Organization *</w:t>
            </w:r>
          </w:p>
        </w:tc>
        <w:tc>
          <w:tcPr>
            <w:tcW w:w="5380" w:type="dxa"/>
            <w:tcMar>
              <w:top w:w="45" w:type="dxa"/>
              <w:left w:w="75" w:type="dxa"/>
              <w:bottom w:w="45" w:type="dxa"/>
              <w:right w:w="75" w:type="dxa"/>
            </w:tcMar>
            <w:vAlign w:val="center"/>
          </w:tcPr>
          <w:p w14:paraId="240B5291" w14:textId="77777777" w:rsidR="0022719F" w:rsidRDefault="00C67363">
            <w:pPr>
              <w:keepNext/>
              <w:spacing w:after="0" w:line="240" w:lineRule="auto"/>
            </w:pPr>
            <w:r>
              <w:rPr>
                <w:rFonts w:eastAsia="Calibri"/>
                <w:sz w:val="17"/>
              </w:rPr>
              <w:t> </w:t>
            </w:r>
          </w:p>
        </w:tc>
        <w:tc>
          <w:tcPr>
            <w:tcW w:w="2180" w:type="dxa"/>
            <w:shd w:val="clear" w:color="auto" w:fill="F2F4F7"/>
            <w:tcMar>
              <w:top w:w="45" w:type="dxa"/>
              <w:left w:w="75" w:type="dxa"/>
              <w:bottom w:w="45" w:type="dxa"/>
              <w:right w:w="75" w:type="dxa"/>
            </w:tcMar>
            <w:vAlign w:val="center"/>
          </w:tcPr>
          <w:p w14:paraId="616B5406" w14:textId="77777777" w:rsidR="0022719F" w:rsidRDefault="00C67363">
            <w:pPr>
              <w:keepNext/>
              <w:spacing w:after="0" w:line="252" w:lineRule="auto"/>
            </w:pPr>
            <w:r>
              <w:rPr>
                <w:rFonts w:eastAsia="Calibri"/>
                <w:b/>
                <w:color w:val="163B5C"/>
                <w:sz w:val="17"/>
              </w:rPr>
              <w:t>Country / region *</w:t>
            </w:r>
          </w:p>
        </w:tc>
        <w:tc>
          <w:tcPr>
            <w:tcW w:w="5380" w:type="dxa"/>
            <w:tcMar>
              <w:top w:w="45" w:type="dxa"/>
              <w:left w:w="75" w:type="dxa"/>
              <w:bottom w:w="45" w:type="dxa"/>
              <w:right w:w="75" w:type="dxa"/>
            </w:tcMar>
            <w:vAlign w:val="center"/>
          </w:tcPr>
          <w:p w14:paraId="6D8351BA" w14:textId="77777777" w:rsidR="0022719F" w:rsidRDefault="00C67363">
            <w:pPr>
              <w:keepNext/>
              <w:spacing w:after="0" w:line="240" w:lineRule="auto"/>
            </w:pPr>
            <w:r>
              <w:rPr>
                <w:rFonts w:eastAsia="Calibri"/>
                <w:sz w:val="17"/>
              </w:rPr>
              <w:t> </w:t>
            </w:r>
          </w:p>
        </w:tc>
      </w:tr>
      <w:tr w:rsidR="0022719F" w14:paraId="59F7F084" w14:textId="77777777">
        <w:trPr>
          <w:cantSplit/>
          <w:trHeight w:val="374"/>
        </w:trPr>
        <w:tc>
          <w:tcPr>
            <w:tcW w:w="2180" w:type="dxa"/>
            <w:shd w:val="clear" w:color="auto" w:fill="F2F4F7"/>
            <w:tcMar>
              <w:top w:w="45" w:type="dxa"/>
              <w:left w:w="75" w:type="dxa"/>
              <w:bottom w:w="45" w:type="dxa"/>
              <w:right w:w="75" w:type="dxa"/>
            </w:tcMar>
            <w:vAlign w:val="center"/>
          </w:tcPr>
          <w:p w14:paraId="682D57DD" w14:textId="77777777" w:rsidR="0022719F" w:rsidRDefault="00C67363">
            <w:pPr>
              <w:keepNext/>
              <w:spacing w:after="0" w:line="252" w:lineRule="auto"/>
            </w:pPr>
            <w:r>
              <w:rPr>
                <w:rFonts w:eastAsia="Calibri"/>
                <w:b/>
                <w:color w:val="163B5C"/>
                <w:sz w:val="17"/>
              </w:rPr>
              <w:t>Organization / billing address *</w:t>
            </w:r>
          </w:p>
        </w:tc>
        <w:tc>
          <w:tcPr>
            <w:tcW w:w="5380" w:type="dxa"/>
            <w:tcMar>
              <w:top w:w="45" w:type="dxa"/>
              <w:left w:w="75" w:type="dxa"/>
              <w:bottom w:w="45" w:type="dxa"/>
              <w:right w:w="75" w:type="dxa"/>
            </w:tcMar>
            <w:vAlign w:val="center"/>
          </w:tcPr>
          <w:p w14:paraId="2E90ACAD" w14:textId="77777777" w:rsidR="0022719F" w:rsidRDefault="00C67363">
            <w:pPr>
              <w:keepNext/>
              <w:spacing w:after="0" w:line="240" w:lineRule="auto"/>
            </w:pPr>
            <w:r>
              <w:rPr>
                <w:rFonts w:eastAsia="Calibri"/>
                <w:sz w:val="17"/>
              </w:rPr>
              <w:t> </w:t>
            </w:r>
          </w:p>
        </w:tc>
        <w:tc>
          <w:tcPr>
            <w:tcW w:w="2180" w:type="dxa"/>
            <w:shd w:val="clear" w:color="auto" w:fill="F2F4F7"/>
            <w:tcMar>
              <w:top w:w="45" w:type="dxa"/>
              <w:left w:w="75" w:type="dxa"/>
              <w:bottom w:w="45" w:type="dxa"/>
              <w:right w:w="75" w:type="dxa"/>
            </w:tcMar>
            <w:vAlign w:val="center"/>
          </w:tcPr>
          <w:p w14:paraId="7F3D3831" w14:textId="77777777" w:rsidR="0022719F" w:rsidRDefault="00C67363">
            <w:pPr>
              <w:keepNext/>
              <w:spacing w:after="0" w:line="252" w:lineRule="auto"/>
            </w:pPr>
            <w:r>
              <w:rPr>
                <w:rFonts w:eastAsia="Calibri"/>
                <w:b/>
                <w:color w:val="163B5C"/>
                <w:sz w:val="17"/>
              </w:rPr>
              <w:t>Receipt title *</w:t>
            </w:r>
          </w:p>
        </w:tc>
        <w:tc>
          <w:tcPr>
            <w:tcW w:w="5380" w:type="dxa"/>
            <w:tcMar>
              <w:top w:w="45" w:type="dxa"/>
              <w:left w:w="75" w:type="dxa"/>
              <w:bottom w:w="45" w:type="dxa"/>
              <w:right w:w="75" w:type="dxa"/>
            </w:tcMar>
            <w:vAlign w:val="center"/>
          </w:tcPr>
          <w:p w14:paraId="6AA1BDB6" w14:textId="77777777" w:rsidR="0022719F" w:rsidRDefault="00C67363">
            <w:pPr>
              <w:keepNext/>
              <w:spacing w:after="0" w:line="240" w:lineRule="auto"/>
            </w:pPr>
            <w:r>
              <w:rPr>
                <w:rFonts w:eastAsia="Calibri"/>
                <w:sz w:val="17"/>
              </w:rPr>
              <w:t>☐</w:t>
            </w:r>
            <w:r>
              <w:rPr>
                <w:rFonts w:eastAsia="Calibri"/>
                <w:sz w:val="17"/>
              </w:rPr>
              <w:t xml:space="preserve"> Organization   ☐ Coordinator   ☐ Other: __________________</w:t>
            </w:r>
          </w:p>
        </w:tc>
      </w:tr>
      <w:tr w:rsidR="0022719F" w14:paraId="3DC4EA6C" w14:textId="77777777">
        <w:trPr>
          <w:cantSplit/>
          <w:trHeight w:val="374"/>
        </w:trPr>
        <w:tc>
          <w:tcPr>
            <w:tcW w:w="2180" w:type="dxa"/>
            <w:shd w:val="clear" w:color="auto" w:fill="F2F4F7"/>
            <w:tcMar>
              <w:top w:w="45" w:type="dxa"/>
              <w:left w:w="75" w:type="dxa"/>
              <w:bottom w:w="45" w:type="dxa"/>
              <w:right w:w="75" w:type="dxa"/>
            </w:tcMar>
            <w:vAlign w:val="center"/>
          </w:tcPr>
          <w:p w14:paraId="17D2EC65" w14:textId="77777777" w:rsidR="0022719F" w:rsidRDefault="00C67363">
            <w:pPr>
              <w:keepNext/>
              <w:spacing w:after="0" w:line="252" w:lineRule="auto"/>
            </w:pPr>
            <w:r>
              <w:rPr>
                <w:rFonts w:eastAsia="Calibri"/>
                <w:b/>
                <w:color w:val="163B5C"/>
                <w:sz w:val="17"/>
              </w:rPr>
              <w:t>Coordinator name / title *</w:t>
            </w:r>
          </w:p>
        </w:tc>
        <w:tc>
          <w:tcPr>
            <w:tcW w:w="5380" w:type="dxa"/>
            <w:tcMar>
              <w:top w:w="45" w:type="dxa"/>
              <w:left w:w="75" w:type="dxa"/>
              <w:bottom w:w="45" w:type="dxa"/>
              <w:right w:w="75" w:type="dxa"/>
            </w:tcMar>
            <w:vAlign w:val="center"/>
          </w:tcPr>
          <w:p w14:paraId="11C39C83" w14:textId="77777777" w:rsidR="0022719F" w:rsidRDefault="00C67363">
            <w:pPr>
              <w:keepNext/>
              <w:spacing w:after="0" w:line="240" w:lineRule="auto"/>
            </w:pPr>
            <w:r>
              <w:rPr>
                <w:rFonts w:eastAsia="Calibri"/>
                <w:sz w:val="17"/>
              </w:rPr>
              <w:t> </w:t>
            </w:r>
          </w:p>
        </w:tc>
        <w:tc>
          <w:tcPr>
            <w:tcW w:w="2180" w:type="dxa"/>
            <w:shd w:val="clear" w:color="auto" w:fill="F2F4F7"/>
            <w:tcMar>
              <w:top w:w="45" w:type="dxa"/>
              <w:left w:w="75" w:type="dxa"/>
              <w:bottom w:w="45" w:type="dxa"/>
              <w:right w:w="75" w:type="dxa"/>
            </w:tcMar>
            <w:vAlign w:val="center"/>
          </w:tcPr>
          <w:p w14:paraId="1857FB73" w14:textId="77777777" w:rsidR="0022719F" w:rsidRDefault="00C67363">
            <w:pPr>
              <w:keepNext/>
              <w:spacing w:after="0" w:line="252" w:lineRule="auto"/>
            </w:pPr>
            <w:r>
              <w:rPr>
                <w:rFonts w:eastAsia="Calibri"/>
                <w:b/>
                <w:color w:val="163B5C"/>
                <w:sz w:val="17"/>
              </w:rPr>
              <w:t>Coordinator email *</w:t>
            </w:r>
          </w:p>
        </w:tc>
        <w:tc>
          <w:tcPr>
            <w:tcW w:w="5380" w:type="dxa"/>
            <w:tcMar>
              <w:top w:w="45" w:type="dxa"/>
              <w:left w:w="75" w:type="dxa"/>
              <w:bottom w:w="45" w:type="dxa"/>
              <w:right w:w="75" w:type="dxa"/>
            </w:tcMar>
            <w:vAlign w:val="center"/>
          </w:tcPr>
          <w:p w14:paraId="0256248D" w14:textId="77777777" w:rsidR="0022719F" w:rsidRDefault="00C67363">
            <w:pPr>
              <w:keepNext/>
              <w:spacing w:after="0" w:line="240" w:lineRule="auto"/>
            </w:pPr>
            <w:r>
              <w:rPr>
                <w:rFonts w:eastAsia="Calibri"/>
                <w:sz w:val="17"/>
              </w:rPr>
              <w:t> </w:t>
            </w:r>
          </w:p>
        </w:tc>
      </w:tr>
      <w:tr w:rsidR="0022719F" w14:paraId="39E907D1" w14:textId="77777777">
        <w:trPr>
          <w:cantSplit/>
          <w:trHeight w:val="374"/>
        </w:trPr>
        <w:tc>
          <w:tcPr>
            <w:tcW w:w="2180" w:type="dxa"/>
            <w:shd w:val="clear" w:color="auto" w:fill="F2F4F7"/>
            <w:tcMar>
              <w:top w:w="45" w:type="dxa"/>
              <w:left w:w="75" w:type="dxa"/>
              <w:bottom w:w="45" w:type="dxa"/>
              <w:right w:w="75" w:type="dxa"/>
            </w:tcMar>
            <w:vAlign w:val="center"/>
          </w:tcPr>
          <w:p w14:paraId="466209BA" w14:textId="77777777" w:rsidR="0022719F" w:rsidRDefault="00C67363">
            <w:pPr>
              <w:spacing w:after="0" w:line="252" w:lineRule="auto"/>
            </w:pPr>
            <w:r>
              <w:rPr>
                <w:rFonts w:eastAsia="Calibri"/>
                <w:b/>
                <w:color w:val="163B5C"/>
                <w:sz w:val="17"/>
              </w:rPr>
              <w:t>Mobile / WhatsApp *</w:t>
            </w:r>
          </w:p>
        </w:tc>
        <w:tc>
          <w:tcPr>
            <w:tcW w:w="5380" w:type="dxa"/>
            <w:tcMar>
              <w:top w:w="45" w:type="dxa"/>
              <w:left w:w="75" w:type="dxa"/>
              <w:bottom w:w="45" w:type="dxa"/>
              <w:right w:w="75" w:type="dxa"/>
            </w:tcMar>
            <w:vAlign w:val="center"/>
          </w:tcPr>
          <w:p w14:paraId="3A1C02E8" w14:textId="77777777" w:rsidR="0022719F" w:rsidRDefault="00C67363">
            <w:pPr>
              <w:spacing w:after="0" w:line="240" w:lineRule="auto"/>
            </w:pPr>
            <w:r>
              <w:rPr>
                <w:rFonts w:eastAsia="Calibri"/>
                <w:sz w:val="17"/>
              </w:rPr>
              <w:t> </w:t>
            </w:r>
          </w:p>
        </w:tc>
        <w:tc>
          <w:tcPr>
            <w:tcW w:w="2180" w:type="dxa"/>
            <w:shd w:val="clear" w:color="auto" w:fill="F2F4F7"/>
            <w:tcMar>
              <w:top w:w="45" w:type="dxa"/>
              <w:left w:w="75" w:type="dxa"/>
              <w:bottom w:w="45" w:type="dxa"/>
              <w:right w:w="75" w:type="dxa"/>
            </w:tcMar>
            <w:vAlign w:val="center"/>
          </w:tcPr>
          <w:p w14:paraId="5FA84C0E" w14:textId="77777777" w:rsidR="0022719F" w:rsidRDefault="00C67363">
            <w:pPr>
              <w:spacing w:after="0" w:line="252" w:lineRule="auto"/>
            </w:pPr>
            <w:r>
              <w:rPr>
                <w:rFonts w:eastAsia="Calibri"/>
                <w:b/>
                <w:color w:val="163B5C"/>
                <w:sz w:val="17"/>
              </w:rPr>
              <w:t>Tax / VAT number</w:t>
            </w:r>
          </w:p>
        </w:tc>
        <w:tc>
          <w:tcPr>
            <w:tcW w:w="5380" w:type="dxa"/>
            <w:tcMar>
              <w:top w:w="45" w:type="dxa"/>
              <w:left w:w="75" w:type="dxa"/>
              <w:bottom w:w="45" w:type="dxa"/>
              <w:right w:w="75" w:type="dxa"/>
            </w:tcMar>
            <w:vAlign w:val="center"/>
          </w:tcPr>
          <w:p w14:paraId="567AA3C1" w14:textId="77777777" w:rsidR="0022719F" w:rsidRDefault="00C67363">
            <w:pPr>
              <w:spacing w:after="0" w:line="240" w:lineRule="auto"/>
            </w:pPr>
            <w:r>
              <w:rPr>
                <w:rFonts w:eastAsia="Calibri"/>
                <w:sz w:val="17"/>
              </w:rPr>
              <w:t> </w:t>
            </w:r>
          </w:p>
        </w:tc>
      </w:tr>
    </w:tbl>
    <w:p w14:paraId="3BDDBB90" w14:textId="77777777" w:rsidR="0022719F" w:rsidRDefault="00C67363">
      <w:pPr>
        <w:keepNext/>
        <w:spacing w:before="80" w:after="100" w:line="240" w:lineRule="auto"/>
      </w:pPr>
      <w:r>
        <w:rPr>
          <w:rFonts w:eastAsia="Calibri"/>
          <w:b/>
          <w:color w:val="2E74B5"/>
          <w:sz w:val="27"/>
        </w:rPr>
        <w:t>2. Attendee List</w:t>
      </w:r>
    </w:p>
    <w:tbl>
      <w:tblPr>
        <w:tblW w:w="14220" w:type="dxa"/>
        <w:tblInd w:w="120" w:type="dxa"/>
        <w:tblBorders>
          <w:top w:val="single" w:sz="5" w:space="0" w:color="C8D2DC"/>
          <w:left w:val="single" w:sz="5" w:space="0" w:color="C8D2DC"/>
          <w:bottom w:val="single" w:sz="5" w:space="0" w:color="C8D2DC"/>
          <w:right w:val="single" w:sz="5" w:space="0" w:color="C8D2DC"/>
          <w:insideH w:val="single" w:sz="5" w:space="0" w:color="C8D2DC"/>
          <w:insideV w:val="single" w:sz="5" w:space="0" w:color="C8D2DC"/>
        </w:tblBorders>
        <w:tblLayout w:type="fixed"/>
        <w:tblLook w:val="04A0" w:firstRow="1" w:lastRow="0" w:firstColumn="1" w:lastColumn="0" w:noHBand="0" w:noVBand="1"/>
      </w:tblPr>
      <w:tblGrid>
        <w:gridCol w:w="420"/>
        <w:gridCol w:w="1050"/>
        <w:gridCol w:w="2600"/>
        <w:gridCol w:w="1650"/>
        <w:gridCol w:w="1350"/>
        <w:gridCol w:w="2850"/>
        <w:gridCol w:w="1000"/>
        <w:gridCol w:w="3300"/>
      </w:tblGrid>
      <w:tr w:rsidR="00EB72C7" w14:paraId="59873C5B" w14:textId="77777777" w:rsidTr="00EB72C7">
        <w:trPr>
          <w:cantSplit/>
          <w:tblHeader/>
        </w:trPr>
        <w:tc>
          <w:tcPr>
            <w:tcW w:w="420" w:type="dxa"/>
            <w:shd w:val="clear" w:color="auto" w:fill="163B5C"/>
            <w:tcMar>
              <w:top w:w="35" w:type="dxa"/>
              <w:left w:w="55" w:type="dxa"/>
              <w:bottom w:w="35" w:type="dxa"/>
              <w:right w:w="55" w:type="dxa"/>
            </w:tcMar>
            <w:vAlign w:val="center"/>
          </w:tcPr>
          <w:p w14:paraId="44714699" w14:textId="77777777" w:rsidR="00EB72C7" w:rsidRDefault="00EB72C7">
            <w:pPr>
              <w:keepNext/>
              <w:spacing w:after="0" w:line="252" w:lineRule="auto"/>
              <w:jc w:val="center"/>
            </w:pPr>
            <w:r>
              <w:rPr>
                <w:rFonts w:eastAsia="Calibri"/>
                <w:b/>
                <w:color w:val="FFFFFF"/>
                <w:sz w:val="16"/>
              </w:rPr>
              <w:t>No.</w:t>
            </w:r>
          </w:p>
        </w:tc>
        <w:tc>
          <w:tcPr>
            <w:tcW w:w="1050" w:type="dxa"/>
            <w:shd w:val="clear" w:color="auto" w:fill="163B5C"/>
            <w:tcMar>
              <w:top w:w="35" w:type="dxa"/>
              <w:left w:w="55" w:type="dxa"/>
              <w:bottom w:w="35" w:type="dxa"/>
              <w:right w:w="55" w:type="dxa"/>
            </w:tcMar>
            <w:vAlign w:val="center"/>
          </w:tcPr>
          <w:p w14:paraId="48AE39C4" w14:textId="77777777" w:rsidR="00EB72C7" w:rsidRDefault="00EB72C7">
            <w:pPr>
              <w:keepNext/>
              <w:spacing w:after="0" w:line="252" w:lineRule="auto"/>
              <w:jc w:val="center"/>
            </w:pPr>
            <w:r>
              <w:rPr>
                <w:rFonts w:eastAsia="Calibri"/>
                <w:b/>
                <w:color w:val="FFFFFF"/>
                <w:sz w:val="16"/>
              </w:rPr>
              <w:t>Title *</w:t>
            </w:r>
          </w:p>
        </w:tc>
        <w:tc>
          <w:tcPr>
            <w:tcW w:w="2600" w:type="dxa"/>
            <w:shd w:val="clear" w:color="auto" w:fill="163B5C"/>
            <w:tcMar>
              <w:top w:w="35" w:type="dxa"/>
              <w:left w:w="55" w:type="dxa"/>
              <w:bottom w:w="35" w:type="dxa"/>
              <w:right w:w="55" w:type="dxa"/>
            </w:tcMar>
            <w:vAlign w:val="center"/>
          </w:tcPr>
          <w:p w14:paraId="5EEAFA67" w14:textId="77777777" w:rsidR="00EB72C7" w:rsidRDefault="00EB72C7">
            <w:pPr>
              <w:keepNext/>
              <w:spacing w:after="0" w:line="252" w:lineRule="auto"/>
              <w:jc w:val="center"/>
            </w:pPr>
            <w:r>
              <w:rPr>
                <w:rFonts w:eastAsia="Calibri"/>
                <w:b/>
                <w:color w:val="FFFFFF"/>
                <w:sz w:val="16"/>
              </w:rPr>
              <w:t>Full legal name *</w:t>
            </w:r>
            <w:r>
              <w:rPr>
                <w:rFonts w:eastAsia="Calibri"/>
                <w:b/>
                <w:color w:val="FFFFFF"/>
                <w:sz w:val="16"/>
              </w:rPr>
              <w:br/>
              <w:t>(as shown on passport)</w:t>
            </w:r>
          </w:p>
        </w:tc>
        <w:tc>
          <w:tcPr>
            <w:tcW w:w="1650" w:type="dxa"/>
            <w:shd w:val="clear" w:color="auto" w:fill="163B5C"/>
            <w:tcMar>
              <w:top w:w="35" w:type="dxa"/>
              <w:left w:w="55" w:type="dxa"/>
              <w:bottom w:w="35" w:type="dxa"/>
              <w:right w:w="55" w:type="dxa"/>
            </w:tcMar>
            <w:vAlign w:val="center"/>
          </w:tcPr>
          <w:p w14:paraId="77953853" w14:textId="77777777" w:rsidR="00EB72C7" w:rsidRDefault="00EB72C7">
            <w:pPr>
              <w:keepNext/>
              <w:spacing w:after="0" w:line="252" w:lineRule="auto"/>
              <w:jc w:val="center"/>
            </w:pPr>
            <w:r>
              <w:rPr>
                <w:rFonts w:eastAsia="Calibri"/>
                <w:b/>
                <w:color w:val="FFFFFF"/>
                <w:sz w:val="16"/>
              </w:rPr>
              <w:t>Job title / role *</w:t>
            </w:r>
          </w:p>
        </w:tc>
        <w:tc>
          <w:tcPr>
            <w:tcW w:w="1350" w:type="dxa"/>
            <w:shd w:val="clear" w:color="auto" w:fill="163B5C"/>
            <w:tcMar>
              <w:top w:w="35" w:type="dxa"/>
              <w:left w:w="55" w:type="dxa"/>
              <w:bottom w:w="35" w:type="dxa"/>
              <w:right w:w="55" w:type="dxa"/>
            </w:tcMar>
            <w:vAlign w:val="center"/>
          </w:tcPr>
          <w:p w14:paraId="329ED279" w14:textId="77777777" w:rsidR="00EB72C7" w:rsidRDefault="00EB72C7">
            <w:pPr>
              <w:keepNext/>
              <w:spacing w:after="0" w:line="252" w:lineRule="auto"/>
              <w:jc w:val="center"/>
            </w:pPr>
            <w:r>
              <w:rPr>
                <w:rFonts w:eastAsia="Calibri"/>
                <w:b/>
                <w:color w:val="FFFFFF"/>
                <w:sz w:val="16"/>
              </w:rPr>
              <w:t>Country / region *</w:t>
            </w:r>
          </w:p>
        </w:tc>
        <w:tc>
          <w:tcPr>
            <w:tcW w:w="2850" w:type="dxa"/>
            <w:shd w:val="clear" w:color="auto" w:fill="163B5C"/>
            <w:tcMar>
              <w:top w:w="35" w:type="dxa"/>
              <w:left w:w="55" w:type="dxa"/>
              <w:bottom w:w="35" w:type="dxa"/>
              <w:right w:w="55" w:type="dxa"/>
            </w:tcMar>
            <w:vAlign w:val="center"/>
          </w:tcPr>
          <w:p w14:paraId="11FD2B6D" w14:textId="77777777" w:rsidR="00EB72C7" w:rsidRDefault="00EB72C7">
            <w:pPr>
              <w:keepNext/>
              <w:spacing w:after="0" w:line="252" w:lineRule="auto"/>
              <w:jc w:val="center"/>
            </w:pPr>
            <w:r>
              <w:rPr>
                <w:rFonts w:eastAsia="Calibri"/>
                <w:b/>
                <w:color w:val="FFFFFF"/>
                <w:sz w:val="16"/>
              </w:rPr>
              <w:t>Email address *</w:t>
            </w:r>
          </w:p>
        </w:tc>
        <w:tc>
          <w:tcPr>
            <w:tcW w:w="1000" w:type="dxa"/>
            <w:shd w:val="clear" w:color="auto" w:fill="163B5C"/>
            <w:tcMar>
              <w:top w:w="35" w:type="dxa"/>
              <w:left w:w="55" w:type="dxa"/>
              <w:bottom w:w="35" w:type="dxa"/>
              <w:right w:w="55" w:type="dxa"/>
            </w:tcMar>
            <w:vAlign w:val="center"/>
          </w:tcPr>
          <w:p w14:paraId="3877A24E" w14:textId="77777777" w:rsidR="00EB72C7" w:rsidRDefault="00EB72C7">
            <w:pPr>
              <w:keepNext/>
              <w:spacing w:after="0" w:line="252" w:lineRule="auto"/>
              <w:jc w:val="center"/>
            </w:pPr>
            <w:r>
              <w:rPr>
                <w:rFonts w:eastAsia="Calibri"/>
                <w:b/>
                <w:color w:val="FFFFFF"/>
                <w:sz w:val="16"/>
              </w:rPr>
              <w:t>Pass code *</w:t>
            </w:r>
            <w:r>
              <w:rPr>
                <w:rFonts w:eastAsia="Calibri"/>
                <w:b/>
                <w:color w:val="FFFFFF"/>
                <w:sz w:val="16"/>
              </w:rPr>
              <w:br/>
              <w:t>A / B / C</w:t>
            </w:r>
          </w:p>
        </w:tc>
        <w:tc>
          <w:tcPr>
            <w:tcW w:w="3300" w:type="dxa"/>
            <w:shd w:val="clear" w:color="auto" w:fill="163B5C"/>
            <w:tcMar>
              <w:top w:w="35" w:type="dxa"/>
              <w:left w:w="55" w:type="dxa"/>
              <w:bottom w:w="35" w:type="dxa"/>
              <w:right w:w="55" w:type="dxa"/>
            </w:tcMar>
            <w:vAlign w:val="center"/>
          </w:tcPr>
          <w:p w14:paraId="1CDCB137" w14:textId="77777777" w:rsidR="00EB72C7" w:rsidRDefault="00EB72C7">
            <w:pPr>
              <w:keepNext/>
              <w:spacing w:after="0" w:line="252" w:lineRule="auto"/>
              <w:jc w:val="center"/>
            </w:pPr>
            <w:r>
              <w:rPr>
                <w:rFonts w:eastAsia="Calibri"/>
                <w:b/>
                <w:color w:val="FFFFFF"/>
                <w:sz w:val="16"/>
              </w:rPr>
              <w:t>Dietary / accessibility notes</w:t>
            </w:r>
            <w:r>
              <w:rPr>
                <w:rFonts w:eastAsia="Calibri"/>
                <w:b/>
                <w:color w:val="FFFFFF"/>
                <w:sz w:val="16"/>
              </w:rPr>
              <w:br/>
              <w:t>(for Pass + Lunch)</w:t>
            </w:r>
          </w:p>
        </w:tc>
      </w:tr>
      <w:tr w:rsidR="00EB72C7" w14:paraId="643F3BA7" w14:textId="77777777" w:rsidTr="00EB72C7">
        <w:trPr>
          <w:cantSplit/>
          <w:trHeight w:val="367"/>
        </w:trPr>
        <w:tc>
          <w:tcPr>
            <w:tcW w:w="420" w:type="dxa"/>
            <w:tcMar>
              <w:top w:w="35" w:type="dxa"/>
              <w:left w:w="55" w:type="dxa"/>
              <w:bottom w:w="35" w:type="dxa"/>
              <w:right w:w="55" w:type="dxa"/>
            </w:tcMar>
            <w:vAlign w:val="center"/>
          </w:tcPr>
          <w:p w14:paraId="342363CC" w14:textId="77777777" w:rsidR="00EB72C7" w:rsidRDefault="00EB72C7">
            <w:pPr>
              <w:spacing w:after="0" w:line="252" w:lineRule="auto"/>
              <w:jc w:val="center"/>
            </w:pPr>
            <w:r>
              <w:rPr>
                <w:rFonts w:eastAsia="Calibri"/>
                <w:color w:val="5F6B76"/>
                <w:sz w:val="18"/>
              </w:rPr>
              <w:t>1</w:t>
            </w:r>
          </w:p>
        </w:tc>
        <w:tc>
          <w:tcPr>
            <w:tcW w:w="1050" w:type="dxa"/>
            <w:tcMar>
              <w:top w:w="35" w:type="dxa"/>
              <w:left w:w="55" w:type="dxa"/>
              <w:bottom w:w="35" w:type="dxa"/>
              <w:right w:w="55" w:type="dxa"/>
            </w:tcMar>
            <w:vAlign w:val="center"/>
          </w:tcPr>
          <w:p w14:paraId="4CB862CC"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58B31635"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6967D0E2"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4EC561F1"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054B2D5A"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30177E28"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59F9EE7E" w14:textId="77777777" w:rsidR="00EB72C7" w:rsidRDefault="00EB72C7">
            <w:pPr>
              <w:spacing w:after="0" w:line="240" w:lineRule="auto"/>
            </w:pPr>
            <w:r>
              <w:rPr>
                <w:rFonts w:eastAsia="Calibri"/>
                <w:sz w:val="18"/>
              </w:rPr>
              <w:t> </w:t>
            </w:r>
          </w:p>
        </w:tc>
      </w:tr>
      <w:tr w:rsidR="00EB72C7" w14:paraId="1514B000" w14:textId="77777777" w:rsidTr="00EB72C7">
        <w:trPr>
          <w:cantSplit/>
          <w:trHeight w:val="367"/>
        </w:trPr>
        <w:tc>
          <w:tcPr>
            <w:tcW w:w="420" w:type="dxa"/>
            <w:tcMar>
              <w:top w:w="35" w:type="dxa"/>
              <w:left w:w="55" w:type="dxa"/>
              <w:bottom w:w="35" w:type="dxa"/>
              <w:right w:w="55" w:type="dxa"/>
            </w:tcMar>
            <w:vAlign w:val="center"/>
          </w:tcPr>
          <w:p w14:paraId="68E05460" w14:textId="77777777" w:rsidR="00EB72C7" w:rsidRDefault="00EB72C7">
            <w:pPr>
              <w:spacing w:after="0" w:line="252" w:lineRule="auto"/>
              <w:jc w:val="center"/>
            </w:pPr>
            <w:r>
              <w:rPr>
                <w:rFonts w:eastAsia="Calibri"/>
                <w:color w:val="5F6B76"/>
                <w:sz w:val="18"/>
              </w:rPr>
              <w:t>2</w:t>
            </w:r>
          </w:p>
        </w:tc>
        <w:tc>
          <w:tcPr>
            <w:tcW w:w="1050" w:type="dxa"/>
            <w:tcMar>
              <w:top w:w="35" w:type="dxa"/>
              <w:left w:w="55" w:type="dxa"/>
              <w:bottom w:w="35" w:type="dxa"/>
              <w:right w:w="55" w:type="dxa"/>
            </w:tcMar>
            <w:vAlign w:val="center"/>
          </w:tcPr>
          <w:p w14:paraId="0111D77F"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2484D6D7"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1732B653"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0F894052"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1F75416D"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705BB432"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316BF14C" w14:textId="77777777" w:rsidR="00EB72C7" w:rsidRDefault="00EB72C7">
            <w:pPr>
              <w:spacing w:after="0" w:line="240" w:lineRule="auto"/>
            </w:pPr>
            <w:r>
              <w:rPr>
                <w:rFonts w:eastAsia="Calibri"/>
                <w:sz w:val="18"/>
              </w:rPr>
              <w:t> </w:t>
            </w:r>
          </w:p>
        </w:tc>
      </w:tr>
      <w:tr w:rsidR="00EB72C7" w14:paraId="14E48225" w14:textId="77777777" w:rsidTr="00EB72C7">
        <w:trPr>
          <w:cantSplit/>
          <w:trHeight w:val="367"/>
        </w:trPr>
        <w:tc>
          <w:tcPr>
            <w:tcW w:w="420" w:type="dxa"/>
            <w:tcMar>
              <w:top w:w="35" w:type="dxa"/>
              <w:left w:w="55" w:type="dxa"/>
              <w:bottom w:w="35" w:type="dxa"/>
              <w:right w:w="55" w:type="dxa"/>
            </w:tcMar>
            <w:vAlign w:val="center"/>
          </w:tcPr>
          <w:p w14:paraId="55B0BD1A" w14:textId="77777777" w:rsidR="00EB72C7" w:rsidRDefault="00EB72C7">
            <w:pPr>
              <w:spacing w:after="0" w:line="252" w:lineRule="auto"/>
              <w:jc w:val="center"/>
            </w:pPr>
            <w:r>
              <w:rPr>
                <w:rFonts w:eastAsia="Calibri"/>
                <w:color w:val="5F6B76"/>
                <w:sz w:val="18"/>
              </w:rPr>
              <w:t>3</w:t>
            </w:r>
          </w:p>
        </w:tc>
        <w:tc>
          <w:tcPr>
            <w:tcW w:w="1050" w:type="dxa"/>
            <w:tcMar>
              <w:top w:w="35" w:type="dxa"/>
              <w:left w:w="55" w:type="dxa"/>
              <w:bottom w:w="35" w:type="dxa"/>
              <w:right w:w="55" w:type="dxa"/>
            </w:tcMar>
            <w:vAlign w:val="center"/>
          </w:tcPr>
          <w:p w14:paraId="785364C2"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324D7045"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5FD8E267"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1E72735E"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27C0B0D8"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264D2430"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4BFBC5EA" w14:textId="77777777" w:rsidR="00EB72C7" w:rsidRDefault="00EB72C7">
            <w:pPr>
              <w:spacing w:after="0" w:line="240" w:lineRule="auto"/>
            </w:pPr>
            <w:r>
              <w:rPr>
                <w:rFonts w:eastAsia="Calibri"/>
                <w:sz w:val="18"/>
              </w:rPr>
              <w:t> </w:t>
            </w:r>
          </w:p>
        </w:tc>
      </w:tr>
      <w:tr w:rsidR="00EB72C7" w14:paraId="56521292" w14:textId="77777777" w:rsidTr="00EB72C7">
        <w:trPr>
          <w:cantSplit/>
          <w:trHeight w:val="367"/>
        </w:trPr>
        <w:tc>
          <w:tcPr>
            <w:tcW w:w="420" w:type="dxa"/>
            <w:tcMar>
              <w:top w:w="35" w:type="dxa"/>
              <w:left w:w="55" w:type="dxa"/>
              <w:bottom w:w="35" w:type="dxa"/>
              <w:right w:w="55" w:type="dxa"/>
            </w:tcMar>
            <w:vAlign w:val="center"/>
          </w:tcPr>
          <w:p w14:paraId="1D617AA5" w14:textId="77777777" w:rsidR="00EB72C7" w:rsidRDefault="00EB72C7">
            <w:pPr>
              <w:spacing w:after="0" w:line="252" w:lineRule="auto"/>
              <w:jc w:val="center"/>
            </w:pPr>
            <w:r>
              <w:rPr>
                <w:rFonts w:eastAsia="Calibri"/>
                <w:color w:val="5F6B76"/>
                <w:sz w:val="18"/>
              </w:rPr>
              <w:t>4</w:t>
            </w:r>
          </w:p>
        </w:tc>
        <w:tc>
          <w:tcPr>
            <w:tcW w:w="1050" w:type="dxa"/>
            <w:tcMar>
              <w:top w:w="35" w:type="dxa"/>
              <w:left w:w="55" w:type="dxa"/>
              <w:bottom w:w="35" w:type="dxa"/>
              <w:right w:w="55" w:type="dxa"/>
            </w:tcMar>
            <w:vAlign w:val="center"/>
          </w:tcPr>
          <w:p w14:paraId="3FAABE12"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144A7FE0"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091864DB"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07E1ED0B"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014F7D6A"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618B0ABF"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5569C908" w14:textId="77777777" w:rsidR="00EB72C7" w:rsidRDefault="00EB72C7">
            <w:pPr>
              <w:spacing w:after="0" w:line="240" w:lineRule="auto"/>
            </w:pPr>
            <w:r>
              <w:rPr>
                <w:rFonts w:eastAsia="Calibri"/>
                <w:sz w:val="18"/>
              </w:rPr>
              <w:t> </w:t>
            </w:r>
          </w:p>
        </w:tc>
      </w:tr>
      <w:tr w:rsidR="00EB72C7" w14:paraId="5B0AFC01" w14:textId="77777777" w:rsidTr="00EB72C7">
        <w:trPr>
          <w:cantSplit/>
          <w:trHeight w:val="367"/>
        </w:trPr>
        <w:tc>
          <w:tcPr>
            <w:tcW w:w="420" w:type="dxa"/>
            <w:tcMar>
              <w:top w:w="35" w:type="dxa"/>
              <w:left w:w="55" w:type="dxa"/>
              <w:bottom w:w="35" w:type="dxa"/>
              <w:right w:w="55" w:type="dxa"/>
            </w:tcMar>
            <w:vAlign w:val="center"/>
          </w:tcPr>
          <w:p w14:paraId="259F3CA3" w14:textId="77777777" w:rsidR="00EB72C7" w:rsidRDefault="00EB72C7">
            <w:pPr>
              <w:spacing w:after="0" w:line="252" w:lineRule="auto"/>
              <w:jc w:val="center"/>
            </w:pPr>
            <w:r>
              <w:rPr>
                <w:rFonts w:eastAsia="Calibri"/>
                <w:color w:val="5F6B76"/>
                <w:sz w:val="18"/>
              </w:rPr>
              <w:t>5</w:t>
            </w:r>
          </w:p>
        </w:tc>
        <w:tc>
          <w:tcPr>
            <w:tcW w:w="1050" w:type="dxa"/>
            <w:tcMar>
              <w:top w:w="35" w:type="dxa"/>
              <w:left w:w="55" w:type="dxa"/>
              <w:bottom w:w="35" w:type="dxa"/>
              <w:right w:w="55" w:type="dxa"/>
            </w:tcMar>
            <w:vAlign w:val="center"/>
          </w:tcPr>
          <w:p w14:paraId="68E60BA2"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5C593E8F"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66C1E5B0"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379586CD"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7E613598"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7252013A"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32A4101D" w14:textId="77777777" w:rsidR="00EB72C7" w:rsidRDefault="00EB72C7">
            <w:pPr>
              <w:spacing w:after="0" w:line="240" w:lineRule="auto"/>
            </w:pPr>
            <w:r>
              <w:rPr>
                <w:rFonts w:eastAsia="Calibri"/>
                <w:sz w:val="18"/>
              </w:rPr>
              <w:t> </w:t>
            </w:r>
          </w:p>
        </w:tc>
      </w:tr>
      <w:tr w:rsidR="00EB72C7" w14:paraId="277096D9" w14:textId="77777777" w:rsidTr="00EB72C7">
        <w:trPr>
          <w:cantSplit/>
          <w:trHeight w:val="367"/>
        </w:trPr>
        <w:tc>
          <w:tcPr>
            <w:tcW w:w="420" w:type="dxa"/>
            <w:tcMar>
              <w:top w:w="35" w:type="dxa"/>
              <w:left w:w="55" w:type="dxa"/>
              <w:bottom w:w="35" w:type="dxa"/>
              <w:right w:w="55" w:type="dxa"/>
            </w:tcMar>
            <w:vAlign w:val="center"/>
          </w:tcPr>
          <w:p w14:paraId="4F72998A" w14:textId="77777777" w:rsidR="00EB72C7" w:rsidRDefault="00EB72C7">
            <w:pPr>
              <w:spacing w:after="0" w:line="252" w:lineRule="auto"/>
              <w:jc w:val="center"/>
            </w:pPr>
            <w:r>
              <w:rPr>
                <w:rFonts w:eastAsia="Calibri"/>
                <w:color w:val="5F6B76"/>
                <w:sz w:val="18"/>
              </w:rPr>
              <w:t>6</w:t>
            </w:r>
          </w:p>
        </w:tc>
        <w:tc>
          <w:tcPr>
            <w:tcW w:w="1050" w:type="dxa"/>
            <w:tcMar>
              <w:top w:w="35" w:type="dxa"/>
              <w:left w:w="55" w:type="dxa"/>
              <w:bottom w:w="35" w:type="dxa"/>
              <w:right w:w="55" w:type="dxa"/>
            </w:tcMar>
            <w:vAlign w:val="center"/>
          </w:tcPr>
          <w:p w14:paraId="7A79218A"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1408A63E"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2ADE5CC9"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2F9A50B4"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4E16E062"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5EAAE505"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4E72DC0C" w14:textId="77777777" w:rsidR="00EB72C7" w:rsidRDefault="00EB72C7">
            <w:pPr>
              <w:spacing w:after="0" w:line="240" w:lineRule="auto"/>
            </w:pPr>
            <w:r>
              <w:rPr>
                <w:rFonts w:eastAsia="Calibri"/>
                <w:sz w:val="18"/>
              </w:rPr>
              <w:t> </w:t>
            </w:r>
          </w:p>
        </w:tc>
      </w:tr>
      <w:tr w:rsidR="00EB72C7" w14:paraId="264D3923" w14:textId="77777777" w:rsidTr="00EB72C7">
        <w:trPr>
          <w:cantSplit/>
          <w:trHeight w:val="367"/>
        </w:trPr>
        <w:tc>
          <w:tcPr>
            <w:tcW w:w="420" w:type="dxa"/>
            <w:tcMar>
              <w:top w:w="35" w:type="dxa"/>
              <w:left w:w="55" w:type="dxa"/>
              <w:bottom w:w="35" w:type="dxa"/>
              <w:right w:w="55" w:type="dxa"/>
            </w:tcMar>
            <w:vAlign w:val="center"/>
          </w:tcPr>
          <w:p w14:paraId="2557B82F" w14:textId="77777777" w:rsidR="00EB72C7" w:rsidRDefault="00EB72C7">
            <w:pPr>
              <w:spacing w:after="0" w:line="252" w:lineRule="auto"/>
              <w:jc w:val="center"/>
            </w:pPr>
            <w:r>
              <w:rPr>
                <w:rFonts w:eastAsia="Calibri"/>
                <w:color w:val="5F6B76"/>
                <w:sz w:val="18"/>
              </w:rPr>
              <w:t>7</w:t>
            </w:r>
          </w:p>
        </w:tc>
        <w:tc>
          <w:tcPr>
            <w:tcW w:w="1050" w:type="dxa"/>
            <w:tcMar>
              <w:top w:w="35" w:type="dxa"/>
              <w:left w:w="55" w:type="dxa"/>
              <w:bottom w:w="35" w:type="dxa"/>
              <w:right w:w="55" w:type="dxa"/>
            </w:tcMar>
            <w:vAlign w:val="center"/>
          </w:tcPr>
          <w:p w14:paraId="3141A324"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3E1C5B2B"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60E25836"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665EF66B"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642048CD"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4595C9D2"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3F90850E" w14:textId="77777777" w:rsidR="00EB72C7" w:rsidRDefault="00EB72C7">
            <w:pPr>
              <w:spacing w:after="0" w:line="240" w:lineRule="auto"/>
            </w:pPr>
            <w:r>
              <w:rPr>
                <w:rFonts w:eastAsia="Calibri"/>
                <w:sz w:val="18"/>
              </w:rPr>
              <w:t> </w:t>
            </w:r>
          </w:p>
        </w:tc>
      </w:tr>
      <w:tr w:rsidR="00EB72C7" w14:paraId="6E549173" w14:textId="77777777" w:rsidTr="00EB72C7">
        <w:trPr>
          <w:cantSplit/>
          <w:trHeight w:val="367"/>
        </w:trPr>
        <w:tc>
          <w:tcPr>
            <w:tcW w:w="420" w:type="dxa"/>
            <w:tcMar>
              <w:top w:w="35" w:type="dxa"/>
              <w:left w:w="55" w:type="dxa"/>
              <w:bottom w:w="35" w:type="dxa"/>
              <w:right w:w="55" w:type="dxa"/>
            </w:tcMar>
            <w:vAlign w:val="center"/>
          </w:tcPr>
          <w:p w14:paraId="7B95BF64" w14:textId="77777777" w:rsidR="00EB72C7" w:rsidRDefault="00EB72C7">
            <w:pPr>
              <w:spacing w:after="0" w:line="252" w:lineRule="auto"/>
              <w:jc w:val="center"/>
            </w:pPr>
            <w:r>
              <w:rPr>
                <w:rFonts w:eastAsia="Calibri"/>
                <w:color w:val="5F6B76"/>
                <w:sz w:val="18"/>
              </w:rPr>
              <w:t>8</w:t>
            </w:r>
          </w:p>
        </w:tc>
        <w:tc>
          <w:tcPr>
            <w:tcW w:w="1050" w:type="dxa"/>
            <w:tcMar>
              <w:top w:w="35" w:type="dxa"/>
              <w:left w:w="55" w:type="dxa"/>
              <w:bottom w:w="35" w:type="dxa"/>
              <w:right w:w="55" w:type="dxa"/>
            </w:tcMar>
            <w:vAlign w:val="center"/>
          </w:tcPr>
          <w:p w14:paraId="3ADC4AB3"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302A9A1B"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6D66D8EB"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1D9CAAC8"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1E50746E"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0F8F552A"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36DA434C" w14:textId="77777777" w:rsidR="00EB72C7" w:rsidRDefault="00EB72C7">
            <w:pPr>
              <w:spacing w:after="0" w:line="240" w:lineRule="auto"/>
            </w:pPr>
            <w:r>
              <w:rPr>
                <w:rFonts w:eastAsia="Calibri"/>
                <w:sz w:val="18"/>
              </w:rPr>
              <w:t> </w:t>
            </w:r>
          </w:p>
        </w:tc>
      </w:tr>
      <w:tr w:rsidR="00EB72C7" w14:paraId="538B4A4C" w14:textId="77777777" w:rsidTr="00EB72C7">
        <w:trPr>
          <w:cantSplit/>
          <w:trHeight w:val="367"/>
        </w:trPr>
        <w:tc>
          <w:tcPr>
            <w:tcW w:w="420" w:type="dxa"/>
            <w:tcMar>
              <w:top w:w="35" w:type="dxa"/>
              <w:left w:w="55" w:type="dxa"/>
              <w:bottom w:w="35" w:type="dxa"/>
              <w:right w:w="55" w:type="dxa"/>
            </w:tcMar>
            <w:vAlign w:val="center"/>
          </w:tcPr>
          <w:p w14:paraId="3D5CD69F" w14:textId="77777777" w:rsidR="00EB72C7" w:rsidRDefault="00EB72C7">
            <w:pPr>
              <w:spacing w:after="0" w:line="252" w:lineRule="auto"/>
              <w:jc w:val="center"/>
            </w:pPr>
            <w:r>
              <w:rPr>
                <w:rFonts w:eastAsia="Calibri"/>
                <w:color w:val="5F6B76"/>
                <w:sz w:val="18"/>
              </w:rPr>
              <w:t>9</w:t>
            </w:r>
          </w:p>
        </w:tc>
        <w:tc>
          <w:tcPr>
            <w:tcW w:w="1050" w:type="dxa"/>
            <w:tcMar>
              <w:top w:w="35" w:type="dxa"/>
              <w:left w:w="55" w:type="dxa"/>
              <w:bottom w:w="35" w:type="dxa"/>
              <w:right w:w="55" w:type="dxa"/>
            </w:tcMar>
            <w:vAlign w:val="center"/>
          </w:tcPr>
          <w:p w14:paraId="2DA276B1"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4CB0317A"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1E66F29C"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6E76039D"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4075A009"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7B8958CD"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01CDE9B4" w14:textId="77777777" w:rsidR="00EB72C7" w:rsidRDefault="00EB72C7">
            <w:pPr>
              <w:spacing w:after="0" w:line="240" w:lineRule="auto"/>
            </w:pPr>
            <w:r>
              <w:rPr>
                <w:rFonts w:eastAsia="Calibri"/>
                <w:sz w:val="18"/>
              </w:rPr>
              <w:t> </w:t>
            </w:r>
          </w:p>
        </w:tc>
      </w:tr>
      <w:tr w:rsidR="00EB72C7" w14:paraId="70BF5F68" w14:textId="77777777" w:rsidTr="00EB72C7">
        <w:trPr>
          <w:cantSplit/>
          <w:trHeight w:val="367"/>
        </w:trPr>
        <w:tc>
          <w:tcPr>
            <w:tcW w:w="420" w:type="dxa"/>
            <w:tcMar>
              <w:top w:w="35" w:type="dxa"/>
              <w:left w:w="55" w:type="dxa"/>
              <w:bottom w:w="35" w:type="dxa"/>
              <w:right w:w="55" w:type="dxa"/>
            </w:tcMar>
            <w:vAlign w:val="center"/>
          </w:tcPr>
          <w:p w14:paraId="21AE3063" w14:textId="77777777" w:rsidR="00EB72C7" w:rsidRDefault="00EB72C7">
            <w:pPr>
              <w:spacing w:after="0" w:line="252" w:lineRule="auto"/>
              <w:jc w:val="center"/>
            </w:pPr>
            <w:r>
              <w:rPr>
                <w:rFonts w:eastAsia="Calibri"/>
                <w:color w:val="5F6B76"/>
                <w:sz w:val="18"/>
              </w:rPr>
              <w:t>10</w:t>
            </w:r>
          </w:p>
        </w:tc>
        <w:tc>
          <w:tcPr>
            <w:tcW w:w="1050" w:type="dxa"/>
            <w:tcMar>
              <w:top w:w="35" w:type="dxa"/>
              <w:left w:w="55" w:type="dxa"/>
              <w:bottom w:w="35" w:type="dxa"/>
              <w:right w:w="55" w:type="dxa"/>
            </w:tcMar>
            <w:vAlign w:val="center"/>
          </w:tcPr>
          <w:p w14:paraId="32830A3A" w14:textId="77777777" w:rsidR="00EB72C7" w:rsidRDefault="00EB72C7">
            <w:pPr>
              <w:spacing w:after="0" w:line="240" w:lineRule="auto"/>
            </w:pPr>
            <w:r>
              <w:rPr>
                <w:rFonts w:eastAsia="Calibri"/>
                <w:sz w:val="18"/>
              </w:rPr>
              <w:t> </w:t>
            </w:r>
          </w:p>
        </w:tc>
        <w:tc>
          <w:tcPr>
            <w:tcW w:w="2600" w:type="dxa"/>
            <w:tcMar>
              <w:top w:w="35" w:type="dxa"/>
              <w:left w:w="55" w:type="dxa"/>
              <w:bottom w:w="35" w:type="dxa"/>
              <w:right w:w="55" w:type="dxa"/>
            </w:tcMar>
            <w:vAlign w:val="center"/>
          </w:tcPr>
          <w:p w14:paraId="682C18C0" w14:textId="77777777" w:rsidR="00EB72C7" w:rsidRDefault="00EB72C7">
            <w:pPr>
              <w:spacing w:after="0" w:line="240" w:lineRule="auto"/>
            </w:pPr>
            <w:r>
              <w:rPr>
                <w:rFonts w:eastAsia="Calibri"/>
                <w:sz w:val="18"/>
              </w:rPr>
              <w:t> </w:t>
            </w:r>
          </w:p>
        </w:tc>
        <w:tc>
          <w:tcPr>
            <w:tcW w:w="1650" w:type="dxa"/>
            <w:tcMar>
              <w:top w:w="35" w:type="dxa"/>
              <w:left w:w="55" w:type="dxa"/>
              <w:bottom w:w="35" w:type="dxa"/>
              <w:right w:w="55" w:type="dxa"/>
            </w:tcMar>
            <w:vAlign w:val="center"/>
          </w:tcPr>
          <w:p w14:paraId="7EBE7B1A" w14:textId="77777777" w:rsidR="00EB72C7" w:rsidRDefault="00EB72C7">
            <w:pPr>
              <w:spacing w:after="0" w:line="240" w:lineRule="auto"/>
            </w:pPr>
            <w:r>
              <w:rPr>
                <w:rFonts w:eastAsia="Calibri"/>
                <w:sz w:val="18"/>
              </w:rPr>
              <w:t> </w:t>
            </w:r>
          </w:p>
        </w:tc>
        <w:tc>
          <w:tcPr>
            <w:tcW w:w="1350" w:type="dxa"/>
            <w:tcMar>
              <w:top w:w="35" w:type="dxa"/>
              <w:left w:w="55" w:type="dxa"/>
              <w:bottom w:w="35" w:type="dxa"/>
              <w:right w:w="55" w:type="dxa"/>
            </w:tcMar>
            <w:vAlign w:val="center"/>
          </w:tcPr>
          <w:p w14:paraId="6C859039" w14:textId="77777777" w:rsidR="00EB72C7" w:rsidRDefault="00EB72C7">
            <w:pPr>
              <w:spacing w:after="0" w:line="240" w:lineRule="auto"/>
            </w:pPr>
            <w:r>
              <w:rPr>
                <w:rFonts w:eastAsia="Calibri"/>
                <w:sz w:val="18"/>
              </w:rPr>
              <w:t> </w:t>
            </w:r>
          </w:p>
        </w:tc>
        <w:tc>
          <w:tcPr>
            <w:tcW w:w="2850" w:type="dxa"/>
            <w:tcMar>
              <w:top w:w="35" w:type="dxa"/>
              <w:left w:w="55" w:type="dxa"/>
              <w:bottom w:w="35" w:type="dxa"/>
              <w:right w:w="55" w:type="dxa"/>
            </w:tcMar>
            <w:vAlign w:val="center"/>
          </w:tcPr>
          <w:p w14:paraId="5AFADD9B" w14:textId="77777777" w:rsidR="00EB72C7" w:rsidRDefault="00EB72C7">
            <w:pPr>
              <w:spacing w:after="0" w:line="240" w:lineRule="auto"/>
            </w:pPr>
            <w:r>
              <w:rPr>
                <w:rFonts w:eastAsia="Calibri"/>
                <w:sz w:val="18"/>
              </w:rPr>
              <w:t> </w:t>
            </w:r>
          </w:p>
        </w:tc>
        <w:tc>
          <w:tcPr>
            <w:tcW w:w="1000" w:type="dxa"/>
            <w:tcMar>
              <w:top w:w="35" w:type="dxa"/>
              <w:left w:w="55" w:type="dxa"/>
              <w:bottom w:w="35" w:type="dxa"/>
              <w:right w:w="55" w:type="dxa"/>
            </w:tcMar>
            <w:vAlign w:val="center"/>
          </w:tcPr>
          <w:p w14:paraId="651469BC" w14:textId="77777777" w:rsidR="00EB72C7" w:rsidRDefault="00EB72C7">
            <w:pPr>
              <w:spacing w:after="0" w:line="240" w:lineRule="auto"/>
            </w:pPr>
            <w:r>
              <w:rPr>
                <w:rFonts w:eastAsia="Calibri"/>
                <w:sz w:val="18"/>
              </w:rPr>
              <w:t> </w:t>
            </w:r>
          </w:p>
        </w:tc>
        <w:tc>
          <w:tcPr>
            <w:tcW w:w="3300" w:type="dxa"/>
            <w:tcMar>
              <w:top w:w="35" w:type="dxa"/>
              <w:left w:w="55" w:type="dxa"/>
              <w:bottom w:w="35" w:type="dxa"/>
              <w:right w:w="55" w:type="dxa"/>
            </w:tcMar>
            <w:vAlign w:val="center"/>
          </w:tcPr>
          <w:p w14:paraId="57263B57" w14:textId="77777777" w:rsidR="00EB72C7" w:rsidRDefault="00EB72C7">
            <w:pPr>
              <w:spacing w:after="0" w:line="240" w:lineRule="auto"/>
            </w:pPr>
            <w:r>
              <w:rPr>
                <w:rFonts w:eastAsia="Calibri"/>
                <w:sz w:val="18"/>
              </w:rPr>
              <w:t> </w:t>
            </w:r>
          </w:p>
        </w:tc>
      </w:tr>
    </w:tbl>
    <w:p w14:paraId="78BBFAB6" w14:textId="77777777" w:rsidR="0022719F" w:rsidRDefault="00C67363">
      <w:pPr>
        <w:spacing w:before="40" w:after="0" w:line="240" w:lineRule="auto"/>
      </w:pPr>
      <w:r>
        <w:rPr>
          <w:rFonts w:eastAsia="Calibri"/>
          <w:i/>
          <w:color w:val="5F6B76"/>
          <w:sz w:val="16"/>
        </w:rPr>
        <w:t>* Required. Enter Prof., Dr., Mr., Mrs., Ms., or Other under Title. Select pass code A, B, or C from page 2. For groups of more than 10, attach another copy of this attendee-list page.</w:t>
      </w:r>
    </w:p>
    <w:p w14:paraId="5E8E018A" w14:textId="77777777" w:rsidR="0022719F" w:rsidRDefault="00C67363">
      <w:r>
        <w:br w:type="page"/>
      </w:r>
    </w:p>
    <w:p w14:paraId="08DDFADB" w14:textId="77777777" w:rsidR="0022719F" w:rsidRDefault="00C67363">
      <w:pPr>
        <w:keepNext/>
        <w:spacing w:after="100" w:line="240" w:lineRule="auto"/>
      </w:pPr>
      <w:r>
        <w:rPr>
          <w:rFonts w:eastAsia="Calibri"/>
          <w:b/>
          <w:color w:val="2E74B5"/>
          <w:sz w:val="27"/>
        </w:rPr>
        <w:lastRenderedPageBreak/>
        <w:t>3. Registration Fee</w:t>
      </w:r>
    </w:p>
    <w:tbl>
      <w:tblPr>
        <w:tblW w:w="15120" w:type="dxa"/>
        <w:tblInd w:w="120" w:type="dxa"/>
        <w:tblBorders>
          <w:top w:val="single" w:sz="5" w:space="0" w:color="C8D2DC"/>
          <w:left w:val="single" w:sz="5" w:space="0" w:color="C8D2DC"/>
          <w:bottom w:val="single" w:sz="5" w:space="0" w:color="C8D2DC"/>
          <w:right w:val="single" w:sz="5" w:space="0" w:color="C8D2DC"/>
          <w:insideH w:val="single" w:sz="5" w:space="0" w:color="C8D2DC"/>
          <w:insideV w:val="single" w:sz="5" w:space="0" w:color="C8D2DC"/>
        </w:tblBorders>
        <w:tblLayout w:type="fixed"/>
        <w:tblLook w:val="04A0" w:firstRow="1" w:lastRow="0" w:firstColumn="1" w:lastColumn="0" w:noHBand="0" w:noVBand="1"/>
      </w:tblPr>
      <w:tblGrid>
        <w:gridCol w:w="800"/>
        <w:gridCol w:w="1380"/>
        <w:gridCol w:w="2220"/>
        <w:gridCol w:w="3160"/>
        <w:gridCol w:w="40"/>
        <w:gridCol w:w="2000"/>
        <w:gridCol w:w="140"/>
        <w:gridCol w:w="1460"/>
        <w:gridCol w:w="3920"/>
      </w:tblGrid>
      <w:tr w:rsidR="0022719F" w14:paraId="092E0A75" w14:textId="77777777">
        <w:trPr>
          <w:cantSplit/>
          <w:trHeight w:val="446"/>
          <w:tblHeader/>
        </w:trPr>
        <w:tc>
          <w:tcPr>
            <w:tcW w:w="800" w:type="dxa"/>
            <w:shd w:val="clear" w:color="auto" w:fill="163B5C"/>
            <w:tcMar>
              <w:top w:w="45" w:type="dxa"/>
              <w:left w:w="70" w:type="dxa"/>
              <w:bottom w:w="45" w:type="dxa"/>
              <w:right w:w="70" w:type="dxa"/>
            </w:tcMar>
            <w:vAlign w:val="center"/>
          </w:tcPr>
          <w:p w14:paraId="46ED505E" w14:textId="77777777" w:rsidR="0022719F" w:rsidRDefault="00C67363">
            <w:pPr>
              <w:keepNext/>
              <w:spacing w:after="0" w:line="252" w:lineRule="auto"/>
              <w:jc w:val="center"/>
            </w:pPr>
            <w:r>
              <w:rPr>
                <w:rFonts w:eastAsia="Calibri"/>
                <w:b/>
                <w:color w:val="FFFFFF"/>
                <w:sz w:val="17"/>
              </w:rPr>
              <w:t>Code</w:t>
            </w:r>
          </w:p>
        </w:tc>
        <w:tc>
          <w:tcPr>
            <w:tcW w:w="3600" w:type="dxa"/>
            <w:gridSpan w:val="2"/>
            <w:shd w:val="clear" w:color="auto" w:fill="163B5C"/>
            <w:tcMar>
              <w:top w:w="45" w:type="dxa"/>
              <w:left w:w="70" w:type="dxa"/>
              <w:bottom w:w="45" w:type="dxa"/>
              <w:right w:w="70" w:type="dxa"/>
            </w:tcMar>
            <w:vAlign w:val="center"/>
          </w:tcPr>
          <w:p w14:paraId="1930F174" w14:textId="77777777" w:rsidR="0022719F" w:rsidRDefault="00C67363">
            <w:pPr>
              <w:keepNext/>
              <w:spacing w:after="0" w:line="252" w:lineRule="auto"/>
              <w:jc w:val="center"/>
            </w:pPr>
            <w:r>
              <w:rPr>
                <w:rFonts w:eastAsia="Calibri"/>
                <w:b/>
                <w:color w:val="FFFFFF"/>
                <w:sz w:val="17"/>
              </w:rPr>
              <w:t>Participant Category</w:t>
            </w:r>
          </w:p>
        </w:tc>
        <w:tc>
          <w:tcPr>
            <w:tcW w:w="3200" w:type="dxa"/>
            <w:gridSpan w:val="2"/>
            <w:shd w:val="clear" w:color="auto" w:fill="163B5C"/>
            <w:tcMar>
              <w:top w:w="45" w:type="dxa"/>
              <w:left w:w="70" w:type="dxa"/>
              <w:bottom w:w="45" w:type="dxa"/>
              <w:right w:w="70" w:type="dxa"/>
            </w:tcMar>
            <w:vAlign w:val="center"/>
          </w:tcPr>
          <w:p w14:paraId="05ABB7AD" w14:textId="77777777" w:rsidR="0022719F" w:rsidRDefault="00C67363">
            <w:pPr>
              <w:keepNext/>
              <w:spacing w:after="0" w:line="252" w:lineRule="auto"/>
              <w:jc w:val="center"/>
            </w:pPr>
            <w:r>
              <w:rPr>
                <w:rFonts w:eastAsia="Calibri"/>
                <w:b/>
                <w:color w:val="FFFFFF"/>
                <w:sz w:val="17"/>
              </w:rPr>
              <w:t>Pass Type</w:t>
            </w:r>
          </w:p>
        </w:tc>
        <w:tc>
          <w:tcPr>
            <w:tcW w:w="2000" w:type="dxa"/>
            <w:shd w:val="clear" w:color="auto" w:fill="163B5C"/>
            <w:tcMar>
              <w:top w:w="45" w:type="dxa"/>
              <w:left w:w="70" w:type="dxa"/>
              <w:bottom w:w="45" w:type="dxa"/>
              <w:right w:w="70" w:type="dxa"/>
            </w:tcMar>
            <w:vAlign w:val="center"/>
          </w:tcPr>
          <w:p w14:paraId="27B214BB" w14:textId="77777777" w:rsidR="0022719F" w:rsidRDefault="00C67363">
            <w:pPr>
              <w:keepNext/>
              <w:spacing w:after="0" w:line="252" w:lineRule="auto"/>
              <w:jc w:val="center"/>
            </w:pPr>
            <w:r>
              <w:rPr>
                <w:rFonts w:eastAsia="Calibri"/>
                <w:b/>
                <w:color w:val="FFFFFF"/>
                <w:sz w:val="17"/>
              </w:rPr>
              <w:t>Fee per Person</w:t>
            </w:r>
          </w:p>
        </w:tc>
        <w:tc>
          <w:tcPr>
            <w:tcW w:w="1600" w:type="dxa"/>
            <w:gridSpan w:val="2"/>
            <w:shd w:val="clear" w:color="auto" w:fill="163B5C"/>
            <w:tcMar>
              <w:top w:w="45" w:type="dxa"/>
              <w:left w:w="70" w:type="dxa"/>
              <w:bottom w:w="45" w:type="dxa"/>
              <w:right w:w="70" w:type="dxa"/>
            </w:tcMar>
            <w:vAlign w:val="center"/>
          </w:tcPr>
          <w:p w14:paraId="75D21C34" w14:textId="77777777" w:rsidR="0022719F" w:rsidRDefault="00C67363">
            <w:pPr>
              <w:keepNext/>
              <w:spacing w:after="0" w:line="252" w:lineRule="auto"/>
              <w:jc w:val="center"/>
            </w:pPr>
            <w:r>
              <w:rPr>
                <w:rFonts w:eastAsia="Calibri"/>
                <w:b/>
                <w:color w:val="FFFFFF"/>
                <w:sz w:val="17"/>
              </w:rPr>
              <w:t>Quantity</w:t>
            </w:r>
          </w:p>
        </w:tc>
        <w:tc>
          <w:tcPr>
            <w:tcW w:w="3920" w:type="dxa"/>
            <w:shd w:val="clear" w:color="auto" w:fill="163B5C"/>
            <w:tcMar>
              <w:top w:w="45" w:type="dxa"/>
              <w:left w:w="70" w:type="dxa"/>
              <w:bottom w:w="45" w:type="dxa"/>
              <w:right w:w="70" w:type="dxa"/>
            </w:tcMar>
            <w:vAlign w:val="center"/>
          </w:tcPr>
          <w:p w14:paraId="1890E1AB" w14:textId="77777777" w:rsidR="0022719F" w:rsidRDefault="00C67363">
            <w:pPr>
              <w:keepNext/>
              <w:spacing w:after="0" w:line="252" w:lineRule="auto"/>
              <w:jc w:val="center"/>
            </w:pPr>
            <w:r>
              <w:rPr>
                <w:rFonts w:eastAsia="Calibri"/>
                <w:b/>
                <w:color w:val="FFFFFF"/>
                <w:sz w:val="17"/>
              </w:rPr>
              <w:t>Subtotal</w:t>
            </w:r>
          </w:p>
        </w:tc>
      </w:tr>
      <w:tr w:rsidR="0022719F" w14:paraId="14515D44" w14:textId="77777777">
        <w:trPr>
          <w:cantSplit/>
          <w:trHeight w:val="446"/>
        </w:trPr>
        <w:tc>
          <w:tcPr>
            <w:tcW w:w="800" w:type="dxa"/>
            <w:tcMar>
              <w:top w:w="45" w:type="dxa"/>
              <w:left w:w="70" w:type="dxa"/>
              <w:bottom w:w="45" w:type="dxa"/>
              <w:right w:w="70" w:type="dxa"/>
            </w:tcMar>
            <w:vAlign w:val="center"/>
          </w:tcPr>
          <w:p w14:paraId="4653D9DC" w14:textId="77777777" w:rsidR="0022719F" w:rsidRDefault="00C67363">
            <w:pPr>
              <w:keepNext/>
              <w:spacing w:after="0" w:line="252" w:lineRule="auto"/>
              <w:jc w:val="center"/>
            </w:pPr>
            <w:r>
              <w:rPr>
                <w:rFonts w:eastAsia="Calibri"/>
                <w:sz w:val="18"/>
              </w:rPr>
              <w:t>A</w:t>
            </w:r>
          </w:p>
        </w:tc>
        <w:tc>
          <w:tcPr>
            <w:tcW w:w="3600" w:type="dxa"/>
            <w:gridSpan w:val="2"/>
            <w:tcMar>
              <w:top w:w="45" w:type="dxa"/>
              <w:left w:w="70" w:type="dxa"/>
              <w:bottom w:w="45" w:type="dxa"/>
              <w:right w:w="70" w:type="dxa"/>
            </w:tcMar>
            <w:vAlign w:val="center"/>
          </w:tcPr>
          <w:p w14:paraId="19D99EF9" w14:textId="77777777" w:rsidR="0022719F" w:rsidRDefault="00C67363">
            <w:pPr>
              <w:keepNext/>
              <w:spacing w:after="0" w:line="252" w:lineRule="auto"/>
            </w:pPr>
            <w:r>
              <w:rPr>
                <w:rFonts w:eastAsia="Calibri"/>
                <w:sz w:val="18"/>
              </w:rPr>
              <w:t>International Participants</w:t>
            </w:r>
          </w:p>
        </w:tc>
        <w:tc>
          <w:tcPr>
            <w:tcW w:w="3200" w:type="dxa"/>
            <w:gridSpan w:val="2"/>
            <w:tcMar>
              <w:top w:w="45" w:type="dxa"/>
              <w:left w:w="70" w:type="dxa"/>
              <w:bottom w:w="45" w:type="dxa"/>
              <w:right w:w="70" w:type="dxa"/>
            </w:tcMar>
            <w:vAlign w:val="center"/>
          </w:tcPr>
          <w:p w14:paraId="4CB465F6" w14:textId="77777777" w:rsidR="0022719F" w:rsidRDefault="00C67363">
            <w:pPr>
              <w:keepNext/>
              <w:spacing w:after="0" w:line="252" w:lineRule="auto"/>
              <w:jc w:val="center"/>
            </w:pPr>
            <w:r>
              <w:rPr>
                <w:rFonts w:eastAsia="Calibri"/>
                <w:sz w:val="18"/>
              </w:rPr>
              <w:t>Conference Pass</w:t>
            </w:r>
          </w:p>
        </w:tc>
        <w:tc>
          <w:tcPr>
            <w:tcW w:w="2000" w:type="dxa"/>
            <w:tcMar>
              <w:top w:w="45" w:type="dxa"/>
              <w:left w:w="70" w:type="dxa"/>
              <w:bottom w:w="45" w:type="dxa"/>
              <w:right w:w="70" w:type="dxa"/>
            </w:tcMar>
            <w:vAlign w:val="center"/>
          </w:tcPr>
          <w:p w14:paraId="3FB86E5A" w14:textId="77777777" w:rsidR="0022719F" w:rsidRDefault="00C67363">
            <w:pPr>
              <w:keepNext/>
              <w:spacing w:after="0" w:line="252" w:lineRule="auto"/>
              <w:jc w:val="center"/>
            </w:pPr>
            <w:r>
              <w:rPr>
                <w:rFonts w:eastAsia="Calibri"/>
                <w:sz w:val="18"/>
              </w:rPr>
              <w:t>US$250</w:t>
            </w:r>
          </w:p>
        </w:tc>
        <w:tc>
          <w:tcPr>
            <w:tcW w:w="1600" w:type="dxa"/>
            <w:gridSpan w:val="2"/>
            <w:tcMar>
              <w:top w:w="45" w:type="dxa"/>
              <w:left w:w="70" w:type="dxa"/>
              <w:bottom w:w="45" w:type="dxa"/>
              <w:right w:w="70" w:type="dxa"/>
            </w:tcMar>
            <w:vAlign w:val="center"/>
          </w:tcPr>
          <w:p w14:paraId="216E4053" w14:textId="77777777" w:rsidR="0022719F" w:rsidRDefault="00C67363">
            <w:pPr>
              <w:keepNext/>
              <w:spacing w:after="0" w:line="252" w:lineRule="auto"/>
              <w:jc w:val="center"/>
            </w:pPr>
            <w:r>
              <w:rPr>
                <w:rFonts w:eastAsia="Calibri"/>
                <w:sz w:val="18"/>
              </w:rPr>
              <w:t> </w:t>
            </w:r>
          </w:p>
        </w:tc>
        <w:tc>
          <w:tcPr>
            <w:tcW w:w="3920" w:type="dxa"/>
            <w:tcMar>
              <w:top w:w="45" w:type="dxa"/>
              <w:left w:w="70" w:type="dxa"/>
              <w:bottom w:w="45" w:type="dxa"/>
              <w:right w:w="70" w:type="dxa"/>
            </w:tcMar>
            <w:vAlign w:val="center"/>
          </w:tcPr>
          <w:p w14:paraId="1DA66A86" w14:textId="77777777" w:rsidR="0022719F" w:rsidRDefault="00C67363">
            <w:pPr>
              <w:keepNext/>
              <w:spacing w:after="0" w:line="252" w:lineRule="auto"/>
              <w:jc w:val="center"/>
            </w:pPr>
            <w:r>
              <w:rPr>
                <w:rFonts w:eastAsia="Calibri"/>
                <w:sz w:val="18"/>
              </w:rPr>
              <w:t>US$ __________</w:t>
            </w:r>
          </w:p>
        </w:tc>
      </w:tr>
      <w:tr w:rsidR="0022719F" w14:paraId="5B1ADA14" w14:textId="77777777">
        <w:trPr>
          <w:cantSplit/>
          <w:trHeight w:val="446"/>
        </w:trPr>
        <w:tc>
          <w:tcPr>
            <w:tcW w:w="800" w:type="dxa"/>
            <w:tcMar>
              <w:top w:w="45" w:type="dxa"/>
              <w:left w:w="70" w:type="dxa"/>
              <w:bottom w:w="45" w:type="dxa"/>
              <w:right w:w="70" w:type="dxa"/>
            </w:tcMar>
            <w:vAlign w:val="center"/>
          </w:tcPr>
          <w:p w14:paraId="1073B13A" w14:textId="77777777" w:rsidR="0022719F" w:rsidRDefault="00C67363">
            <w:pPr>
              <w:keepNext/>
              <w:spacing w:after="0" w:line="252" w:lineRule="auto"/>
              <w:jc w:val="center"/>
            </w:pPr>
            <w:r>
              <w:rPr>
                <w:rFonts w:eastAsia="Calibri"/>
                <w:sz w:val="18"/>
              </w:rPr>
              <w:t>B</w:t>
            </w:r>
          </w:p>
        </w:tc>
        <w:tc>
          <w:tcPr>
            <w:tcW w:w="3600" w:type="dxa"/>
            <w:gridSpan w:val="2"/>
            <w:tcMar>
              <w:top w:w="45" w:type="dxa"/>
              <w:left w:w="70" w:type="dxa"/>
              <w:bottom w:w="45" w:type="dxa"/>
              <w:right w:w="70" w:type="dxa"/>
            </w:tcMar>
            <w:vAlign w:val="center"/>
          </w:tcPr>
          <w:p w14:paraId="4162C866" w14:textId="77777777" w:rsidR="0022719F" w:rsidRDefault="00C67363">
            <w:pPr>
              <w:keepNext/>
              <w:spacing w:after="0" w:line="252" w:lineRule="auto"/>
            </w:pPr>
            <w:r>
              <w:rPr>
                <w:rFonts w:eastAsia="Calibri"/>
                <w:sz w:val="18"/>
              </w:rPr>
              <w:t>International Participants</w:t>
            </w:r>
          </w:p>
        </w:tc>
        <w:tc>
          <w:tcPr>
            <w:tcW w:w="3200" w:type="dxa"/>
            <w:gridSpan w:val="2"/>
            <w:tcMar>
              <w:top w:w="45" w:type="dxa"/>
              <w:left w:w="70" w:type="dxa"/>
              <w:bottom w:w="45" w:type="dxa"/>
              <w:right w:w="70" w:type="dxa"/>
            </w:tcMar>
            <w:vAlign w:val="center"/>
          </w:tcPr>
          <w:p w14:paraId="05AED217" w14:textId="77777777" w:rsidR="0022719F" w:rsidRDefault="00C67363">
            <w:pPr>
              <w:keepNext/>
              <w:spacing w:after="0" w:line="252" w:lineRule="auto"/>
              <w:jc w:val="center"/>
            </w:pPr>
            <w:r>
              <w:rPr>
                <w:rFonts w:eastAsia="Calibri"/>
                <w:sz w:val="18"/>
              </w:rPr>
              <w:t>Conference Pass + Lunch</w:t>
            </w:r>
          </w:p>
        </w:tc>
        <w:tc>
          <w:tcPr>
            <w:tcW w:w="2000" w:type="dxa"/>
            <w:tcMar>
              <w:top w:w="45" w:type="dxa"/>
              <w:left w:w="70" w:type="dxa"/>
              <w:bottom w:w="45" w:type="dxa"/>
              <w:right w:w="70" w:type="dxa"/>
            </w:tcMar>
            <w:vAlign w:val="center"/>
          </w:tcPr>
          <w:p w14:paraId="1EBE7873" w14:textId="77777777" w:rsidR="0022719F" w:rsidRDefault="00C67363">
            <w:pPr>
              <w:keepNext/>
              <w:spacing w:after="0" w:line="252" w:lineRule="auto"/>
              <w:jc w:val="center"/>
            </w:pPr>
            <w:r>
              <w:rPr>
                <w:rFonts w:eastAsia="Calibri"/>
                <w:sz w:val="18"/>
              </w:rPr>
              <w:t>US$350</w:t>
            </w:r>
          </w:p>
        </w:tc>
        <w:tc>
          <w:tcPr>
            <w:tcW w:w="1600" w:type="dxa"/>
            <w:gridSpan w:val="2"/>
            <w:tcMar>
              <w:top w:w="45" w:type="dxa"/>
              <w:left w:w="70" w:type="dxa"/>
              <w:bottom w:w="45" w:type="dxa"/>
              <w:right w:w="70" w:type="dxa"/>
            </w:tcMar>
            <w:vAlign w:val="center"/>
          </w:tcPr>
          <w:p w14:paraId="0C1FA12F" w14:textId="77777777" w:rsidR="0022719F" w:rsidRDefault="00C67363">
            <w:pPr>
              <w:keepNext/>
              <w:spacing w:after="0" w:line="252" w:lineRule="auto"/>
              <w:jc w:val="center"/>
            </w:pPr>
            <w:r>
              <w:rPr>
                <w:rFonts w:eastAsia="Calibri"/>
                <w:sz w:val="18"/>
              </w:rPr>
              <w:t> </w:t>
            </w:r>
          </w:p>
        </w:tc>
        <w:tc>
          <w:tcPr>
            <w:tcW w:w="3920" w:type="dxa"/>
            <w:tcMar>
              <w:top w:w="45" w:type="dxa"/>
              <w:left w:w="70" w:type="dxa"/>
              <w:bottom w:w="45" w:type="dxa"/>
              <w:right w:w="70" w:type="dxa"/>
            </w:tcMar>
            <w:vAlign w:val="center"/>
          </w:tcPr>
          <w:p w14:paraId="34772D8A" w14:textId="77777777" w:rsidR="0022719F" w:rsidRDefault="00C67363">
            <w:pPr>
              <w:keepNext/>
              <w:spacing w:after="0" w:line="252" w:lineRule="auto"/>
              <w:jc w:val="center"/>
            </w:pPr>
            <w:r>
              <w:rPr>
                <w:rFonts w:eastAsia="Calibri"/>
                <w:sz w:val="18"/>
              </w:rPr>
              <w:t>US$ __________</w:t>
            </w:r>
          </w:p>
        </w:tc>
      </w:tr>
      <w:tr w:rsidR="0022719F" w14:paraId="026F53E9" w14:textId="77777777">
        <w:trPr>
          <w:cantSplit/>
          <w:trHeight w:val="446"/>
        </w:trPr>
        <w:tc>
          <w:tcPr>
            <w:tcW w:w="800" w:type="dxa"/>
            <w:tcMar>
              <w:top w:w="45" w:type="dxa"/>
              <w:left w:w="70" w:type="dxa"/>
              <w:bottom w:w="45" w:type="dxa"/>
              <w:right w:w="70" w:type="dxa"/>
            </w:tcMar>
            <w:vAlign w:val="center"/>
          </w:tcPr>
          <w:p w14:paraId="302D0E07" w14:textId="77777777" w:rsidR="0022719F" w:rsidRDefault="00C67363">
            <w:pPr>
              <w:spacing w:after="0" w:line="252" w:lineRule="auto"/>
              <w:jc w:val="center"/>
            </w:pPr>
            <w:r>
              <w:rPr>
                <w:rFonts w:eastAsia="Calibri"/>
                <w:sz w:val="18"/>
              </w:rPr>
              <w:t>C</w:t>
            </w:r>
          </w:p>
        </w:tc>
        <w:tc>
          <w:tcPr>
            <w:tcW w:w="3600" w:type="dxa"/>
            <w:gridSpan w:val="2"/>
            <w:tcMar>
              <w:top w:w="45" w:type="dxa"/>
              <w:left w:w="70" w:type="dxa"/>
              <w:bottom w:w="45" w:type="dxa"/>
              <w:right w:w="70" w:type="dxa"/>
            </w:tcMar>
            <w:vAlign w:val="center"/>
          </w:tcPr>
          <w:p w14:paraId="4B7FF770" w14:textId="77777777" w:rsidR="0022719F" w:rsidRDefault="00C67363">
            <w:pPr>
              <w:spacing w:after="0" w:line="252" w:lineRule="auto"/>
            </w:pPr>
            <w:r>
              <w:rPr>
                <w:rFonts w:eastAsia="Calibri"/>
                <w:sz w:val="18"/>
              </w:rPr>
              <w:t>Participants from Mainland China, Hong Kong and Macao</w:t>
            </w:r>
          </w:p>
        </w:tc>
        <w:tc>
          <w:tcPr>
            <w:tcW w:w="3200" w:type="dxa"/>
            <w:gridSpan w:val="2"/>
            <w:tcMar>
              <w:top w:w="45" w:type="dxa"/>
              <w:left w:w="70" w:type="dxa"/>
              <w:bottom w:w="45" w:type="dxa"/>
              <w:right w:w="70" w:type="dxa"/>
            </w:tcMar>
            <w:vAlign w:val="center"/>
          </w:tcPr>
          <w:p w14:paraId="074455D0" w14:textId="77777777" w:rsidR="0022719F" w:rsidRDefault="00C67363">
            <w:pPr>
              <w:spacing w:after="0" w:line="252" w:lineRule="auto"/>
              <w:jc w:val="center"/>
            </w:pPr>
            <w:r>
              <w:rPr>
                <w:rFonts w:eastAsia="Calibri"/>
                <w:sz w:val="18"/>
              </w:rPr>
              <w:t>Conference Pass</w:t>
            </w:r>
          </w:p>
        </w:tc>
        <w:tc>
          <w:tcPr>
            <w:tcW w:w="2000" w:type="dxa"/>
            <w:tcMar>
              <w:top w:w="45" w:type="dxa"/>
              <w:left w:w="70" w:type="dxa"/>
              <w:bottom w:w="45" w:type="dxa"/>
              <w:right w:w="70" w:type="dxa"/>
            </w:tcMar>
            <w:vAlign w:val="center"/>
          </w:tcPr>
          <w:p w14:paraId="639CC309" w14:textId="77777777" w:rsidR="0022719F" w:rsidRDefault="00C67363">
            <w:pPr>
              <w:spacing w:after="0" w:line="252" w:lineRule="auto"/>
              <w:jc w:val="center"/>
            </w:pPr>
            <w:r>
              <w:rPr>
                <w:rFonts w:eastAsia="Calibri"/>
                <w:sz w:val="18"/>
              </w:rPr>
              <w:t>TWD 6,600</w:t>
            </w:r>
          </w:p>
        </w:tc>
        <w:tc>
          <w:tcPr>
            <w:tcW w:w="1600" w:type="dxa"/>
            <w:gridSpan w:val="2"/>
            <w:tcMar>
              <w:top w:w="45" w:type="dxa"/>
              <w:left w:w="70" w:type="dxa"/>
              <w:bottom w:w="45" w:type="dxa"/>
              <w:right w:w="70" w:type="dxa"/>
            </w:tcMar>
            <w:vAlign w:val="center"/>
          </w:tcPr>
          <w:p w14:paraId="0FF30C23" w14:textId="77777777" w:rsidR="0022719F" w:rsidRDefault="00C67363">
            <w:pPr>
              <w:spacing w:after="0" w:line="252" w:lineRule="auto"/>
              <w:jc w:val="center"/>
            </w:pPr>
            <w:r>
              <w:rPr>
                <w:rFonts w:eastAsia="Calibri"/>
                <w:sz w:val="18"/>
              </w:rPr>
              <w:t> </w:t>
            </w:r>
          </w:p>
        </w:tc>
        <w:tc>
          <w:tcPr>
            <w:tcW w:w="3920" w:type="dxa"/>
            <w:tcMar>
              <w:top w:w="45" w:type="dxa"/>
              <w:left w:w="70" w:type="dxa"/>
              <w:bottom w:w="45" w:type="dxa"/>
              <w:right w:w="70" w:type="dxa"/>
            </w:tcMar>
            <w:vAlign w:val="center"/>
          </w:tcPr>
          <w:p w14:paraId="7A254259" w14:textId="77777777" w:rsidR="0022719F" w:rsidRDefault="00C67363">
            <w:pPr>
              <w:spacing w:after="0" w:line="252" w:lineRule="auto"/>
              <w:jc w:val="center"/>
            </w:pPr>
            <w:r>
              <w:rPr>
                <w:rFonts w:eastAsia="Calibri"/>
                <w:sz w:val="18"/>
              </w:rPr>
              <w:t>TWD __________</w:t>
            </w:r>
          </w:p>
        </w:tc>
      </w:tr>
      <w:tr w:rsidR="0022719F" w14:paraId="4E4E6DC5" w14:textId="77777777">
        <w:trPr>
          <w:cantSplit/>
          <w:trHeight w:val="403"/>
        </w:trPr>
        <w:tc>
          <w:tcPr>
            <w:tcW w:w="2180" w:type="dxa"/>
            <w:gridSpan w:val="2"/>
            <w:shd w:val="clear" w:color="auto" w:fill="F2F4F7"/>
            <w:tcMar>
              <w:top w:w="45" w:type="dxa"/>
              <w:left w:w="75" w:type="dxa"/>
              <w:bottom w:w="45" w:type="dxa"/>
              <w:right w:w="75" w:type="dxa"/>
            </w:tcMar>
            <w:vAlign w:val="center"/>
          </w:tcPr>
          <w:p w14:paraId="03F2C3A0" w14:textId="77777777" w:rsidR="0022719F" w:rsidRDefault="00C67363">
            <w:pPr>
              <w:spacing w:after="0" w:line="252" w:lineRule="auto"/>
            </w:pPr>
            <w:r>
              <w:rPr>
                <w:rFonts w:eastAsia="Calibri"/>
                <w:b/>
                <w:color w:val="163B5C"/>
                <w:sz w:val="18"/>
              </w:rPr>
              <w:t>TOTAL – US$</w:t>
            </w:r>
          </w:p>
        </w:tc>
        <w:tc>
          <w:tcPr>
            <w:tcW w:w="5380" w:type="dxa"/>
            <w:gridSpan w:val="2"/>
            <w:tcMar>
              <w:top w:w="45" w:type="dxa"/>
              <w:left w:w="75" w:type="dxa"/>
              <w:bottom w:w="45" w:type="dxa"/>
              <w:right w:w="75" w:type="dxa"/>
            </w:tcMar>
            <w:vAlign w:val="center"/>
          </w:tcPr>
          <w:p w14:paraId="13478A87" w14:textId="77777777" w:rsidR="0022719F" w:rsidRDefault="00C67363">
            <w:pPr>
              <w:spacing w:after="0" w:line="240" w:lineRule="auto"/>
            </w:pPr>
            <w:r>
              <w:rPr>
                <w:rFonts w:eastAsia="Calibri"/>
                <w:sz w:val="18"/>
              </w:rPr>
              <w:t>US$ __________________</w:t>
            </w:r>
          </w:p>
        </w:tc>
        <w:tc>
          <w:tcPr>
            <w:tcW w:w="2180" w:type="dxa"/>
            <w:gridSpan w:val="3"/>
            <w:shd w:val="clear" w:color="auto" w:fill="F2F4F7"/>
            <w:tcMar>
              <w:top w:w="45" w:type="dxa"/>
              <w:left w:w="75" w:type="dxa"/>
              <w:bottom w:w="45" w:type="dxa"/>
              <w:right w:w="75" w:type="dxa"/>
            </w:tcMar>
            <w:vAlign w:val="center"/>
          </w:tcPr>
          <w:p w14:paraId="3A9A0665" w14:textId="77777777" w:rsidR="0022719F" w:rsidRDefault="00C67363">
            <w:pPr>
              <w:spacing w:after="0" w:line="252" w:lineRule="auto"/>
            </w:pPr>
            <w:r>
              <w:rPr>
                <w:rFonts w:eastAsia="Calibri"/>
                <w:b/>
                <w:color w:val="163B5C"/>
                <w:sz w:val="18"/>
              </w:rPr>
              <w:t>TOTAL – TWD</w:t>
            </w:r>
          </w:p>
        </w:tc>
        <w:tc>
          <w:tcPr>
            <w:tcW w:w="5380" w:type="dxa"/>
            <w:gridSpan w:val="2"/>
            <w:tcMar>
              <w:top w:w="45" w:type="dxa"/>
              <w:left w:w="75" w:type="dxa"/>
              <w:bottom w:w="45" w:type="dxa"/>
              <w:right w:w="75" w:type="dxa"/>
            </w:tcMar>
            <w:vAlign w:val="center"/>
          </w:tcPr>
          <w:p w14:paraId="41F42579" w14:textId="77777777" w:rsidR="0022719F" w:rsidRDefault="00C67363">
            <w:pPr>
              <w:spacing w:after="0" w:line="240" w:lineRule="auto"/>
            </w:pPr>
            <w:r>
              <w:rPr>
                <w:rFonts w:eastAsia="Calibri"/>
                <w:sz w:val="18"/>
              </w:rPr>
              <w:t>TWD __________________</w:t>
            </w:r>
          </w:p>
        </w:tc>
      </w:tr>
    </w:tbl>
    <w:p w14:paraId="31D5FE1A" w14:textId="77777777" w:rsidR="0022719F" w:rsidRDefault="00C67363">
      <w:pPr>
        <w:shd w:val="clear" w:color="auto" w:fill="E8EEF5"/>
        <w:spacing w:before="45" w:after="45"/>
        <w:ind w:left="110" w:right="110"/>
      </w:pPr>
      <w:r>
        <w:rPr>
          <w:rFonts w:eastAsia="Calibri"/>
          <w:b/>
          <w:color w:val="163B5C"/>
          <w:sz w:val="18"/>
        </w:rPr>
        <w:t xml:space="preserve">FEE NOTES </w:t>
      </w:r>
      <w:r>
        <w:rPr>
          <w:rFonts w:eastAsia="Calibri"/>
          <w:sz w:val="18"/>
        </w:rPr>
        <w:t xml:space="preserve">All prices are per person and must be paid in the currency listed. The Conference Pass excludes meals; the Conference Pass + Lunch includes lunch. Record vegetarian or other dietary requirements </w:t>
      </w:r>
      <w:proofErr w:type="gramStart"/>
      <w:r>
        <w:rPr>
          <w:rFonts w:eastAsia="Calibri"/>
          <w:sz w:val="18"/>
        </w:rPr>
        <w:t>in</w:t>
      </w:r>
      <w:proofErr w:type="gramEnd"/>
      <w:r>
        <w:rPr>
          <w:rFonts w:eastAsia="Calibri"/>
          <w:sz w:val="18"/>
        </w:rPr>
        <w:t xml:space="preserve"> the attendee list. Fees include event admission, conference materials, and refreshments. AI-powered live interpretation will be available throughout the event.</w:t>
      </w:r>
    </w:p>
    <w:p w14:paraId="7981F59F" w14:textId="77777777" w:rsidR="0022719F" w:rsidRDefault="00C67363">
      <w:pPr>
        <w:keepNext/>
        <w:spacing w:before="80" w:after="100" w:line="240" w:lineRule="auto"/>
      </w:pPr>
      <w:r>
        <w:rPr>
          <w:rFonts w:eastAsia="Calibri"/>
          <w:b/>
          <w:color w:val="2E74B5"/>
          <w:sz w:val="27"/>
        </w:rPr>
        <w:t>4. Payment and Confirmation</w:t>
      </w:r>
    </w:p>
    <w:p w14:paraId="09B8CE39" w14:textId="396915E7" w:rsidR="0022719F" w:rsidRDefault="00C67363">
      <w:pPr>
        <w:shd w:val="clear" w:color="auto" w:fill="E8EEF5"/>
        <w:spacing w:before="45" w:after="45"/>
        <w:ind w:left="110" w:right="110"/>
      </w:pPr>
      <w:r>
        <w:rPr>
          <w:rFonts w:eastAsia="Calibri"/>
          <w:b/>
          <w:color w:val="163B5C"/>
          <w:sz w:val="18"/>
        </w:rPr>
        <w:t xml:space="preserve">PAYMENT PROCESS </w:t>
      </w:r>
      <w:r>
        <w:rPr>
          <w:rFonts w:eastAsia="Calibri"/>
          <w:sz w:val="18"/>
        </w:rPr>
        <w:t xml:space="preserve">After receiving your form, the IMCT Secretariat will send the group coordinator the bank details and payment instructions. Payment must be made in full by international wire transfer. Your registration will be confirmed by email once full payment has been received. </w:t>
      </w:r>
      <w:r w:rsidRPr="00466DD2">
        <w:rPr>
          <w:rFonts w:eastAsia="Calibri"/>
          <w:b/>
          <w:bCs/>
          <w:sz w:val="18"/>
        </w:rPr>
        <w:t>Registration deadli</w:t>
      </w:r>
      <w:r w:rsidRPr="00466DD2">
        <w:rPr>
          <w:rFonts w:eastAsia="Calibri"/>
          <w:b/>
          <w:bCs/>
          <w:sz w:val="18"/>
        </w:rPr>
        <w:t>ne:</w:t>
      </w:r>
      <w:r w:rsidR="00466DD2" w:rsidRPr="00466DD2">
        <w:rPr>
          <w:rFonts w:eastAsia="Calibri" w:hint="eastAsia"/>
          <w:b/>
          <w:bCs/>
          <w:sz w:val="18"/>
        </w:rPr>
        <w:t xml:space="preserve"> October</w:t>
      </w:r>
      <w:r w:rsidRPr="00466DD2">
        <w:rPr>
          <w:rFonts w:eastAsia="Calibri"/>
          <w:b/>
          <w:bCs/>
          <w:sz w:val="18"/>
        </w:rPr>
        <w:t xml:space="preserve"> 1</w:t>
      </w:r>
      <w:r w:rsidR="00466DD2" w:rsidRPr="00466DD2">
        <w:rPr>
          <w:rFonts w:eastAsia="Calibri" w:hint="eastAsia"/>
          <w:b/>
          <w:bCs/>
          <w:sz w:val="18"/>
        </w:rPr>
        <w:t>9</w:t>
      </w:r>
      <w:r w:rsidRPr="00466DD2">
        <w:rPr>
          <w:rFonts w:eastAsia="Calibri"/>
          <w:b/>
          <w:bCs/>
          <w:sz w:val="18"/>
        </w:rPr>
        <w:t xml:space="preserve">, 2026. </w:t>
      </w:r>
      <w:r w:rsidRPr="00466DD2">
        <w:rPr>
          <w:rFonts w:eastAsia="Calibri"/>
          <w:sz w:val="18"/>
        </w:rPr>
        <w:t xml:space="preserve">A </w:t>
      </w:r>
      <w:r>
        <w:rPr>
          <w:rFonts w:eastAsia="Calibri"/>
          <w:sz w:val="18"/>
        </w:rPr>
        <w:t>payment receipt will be issued within two weeks of receiving your payment.</w:t>
      </w:r>
    </w:p>
    <w:tbl>
      <w:tblPr>
        <w:tblW w:w="15120" w:type="dxa"/>
        <w:tblInd w:w="120" w:type="dxa"/>
        <w:tblBorders>
          <w:top w:val="single" w:sz="5" w:space="0" w:color="C8D2DC"/>
          <w:left w:val="single" w:sz="5" w:space="0" w:color="C8D2DC"/>
          <w:bottom w:val="single" w:sz="5" w:space="0" w:color="C8D2DC"/>
          <w:right w:val="single" w:sz="5" w:space="0" w:color="C8D2DC"/>
          <w:insideH w:val="single" w:sz="5" w:space="0" w:color="C8D2DC"/>
          <w:insideV w:val="single" w:sz="5" w:space="0" w:color="C8D2DC"/>
        </w:tblBorders>
        <w:tblLayout w:type="fixed"/>
        <w:tblLook w:val="04A0" w:firstRow="1" w:lastRow="0" w:firstColumn="1" w:lastColumn="0" w:noHBand="0" w:noVBand="1"/>
      </w:tblPr>
      <w:tblGrid>
        <w:gridCol w:w="2180"/>
        <w:gridCol w:w="5380"/>
        <w:gridCol w:w="2180"/>
        <w:gridCol w:w="5380"/>
      </w:tblGrid>
      <w:tr w:rsidR="0022719F" w14:paraId="236DD377" w14:textId="77777777">
        <w:trPr>
          <w:cantSplit/>
          <w:trHeight w:val="389"/>
        </w:trPr>
        <w:tc>
          <w:tcPr>
            <w:tcW w:w="2180" w:type="dxa"/>
            <w:shd w:val="clear" w:color="auto" w:fill="F2F4F7"/>
            <w:tcMar>
              <w:top w:w="45" w:type="dxa"/>
              <w:left w:w="75" w:type="dxa"/>
              <w:bottom w:w="45" w:type="dxa"/>
              <w:right w:w="75" w:type="dxa"/>
            </w:tcMar>
            <w:vAlign w:val="center"/>
          </w:tcPr>
          <w:p w14:paraId="11CC251F" w14:textId="77777777" w:rsidR="0022719F" w:rsidRDefault="00C67363">
            <w:pPr>
              <w:keepNext/>
              <w:spacing w:after="0" w:line="252" w:lineRule="auto"/>
            </w:pPr>
            <w:r>
              <w:rPr>
                <w:rFonts w:eastAsia="Calibri"/>
                <w:b/>
                <w:color w:val="163B5C"/>
                <w:sz w:val="17"/>
              </w:rPr>
              <w:t>Payer / remitter name</w:t>
            </w:r>
          </w:p>
        </w:tc>
        <w:tc>
          <w:tcPr>
            <w:tcW w:w="5380" w:type="dxa"/>
            <w:tcMar>
              <w:top w:w="45" w:type="dxa"/>
              <w:left w:w="75" w:type="dxa"/>
              <w:bottom w:w="45" w:type="dxa"/>
              <w:right w:w="75" w:type="dxa"/>
            </w:tcMar>
            <w:vAlign w:val="center"/>
          </w:tcPr>
          <w:p w14:paraId="5FB8C384" w14:textId="77777777" w:rsidR="0022719F" w:rsidRDefault="00C67363">
            <w:pPr>
              <w:keepNext/>
              <w:spacing w:after="0" w:line="240" w:lineRule="auto"/>
            </w:pPr>
            <w:r>
              <w:rPr>
                <w:rFonts w:eastAsia="Calibri"/>
                <w:sz w:val="17"/>
              </w:rPr>
              <w:t> </w:t>
            </w:r>
          </w:p>
        </w:tc>
        <w:tc>
          <w:tcPr>
            <w:tcW w:w="2180" w:type="dxa"/>
            <w:shd w:val="clear" w:color="auto" w:fill="F2F4F7"/>
            <w:tcMar>
              <w:top w:w="45" w:type="dxa"/>
              <w:left w:w="75" w:type="dxa"/>
              <w:bottom w:w="45" w:type="dxa"/>
              <w:right w:w="75" w:type="dxa"/>
            </w:tcMar>
            <w:vAlign w:val="center"/>
          </w:tcPr>
          <w:p w14:paraId="4E319411" w14:textId="77777777" w:rsidR="0022719F" w:rsidRDefault="00C67363">
            <w:pPr>
              <w:keepNext/>
              <w:spacing w:after="0" w:line="252" w:lineRule="auto"/>
            </w:pPr>
            <w:r>
              <w:rPr>
                <w:rFonts w:eastAsia="Calibri"/>
                <w:b/>
                <w:color w:val="163B5C"/>
                <w:sz w:val="17"/>
              </w:rPr>
              <w:t>Payment date</w:t>
            </w:r>
          </w:p>
        </w:tc>
        <w:tc>
          <w:tcPr>
            <w:tcW w:w="5380" w:type="dxa"/>
            <w:tcMar>
              <w:top w:w="45" w:type="dxa"/>
              <w:left w:w="75" w:type="dxa"/>
              <w:bottom w:w="45" w:type="dxa"/>
              <w:right w:w="75" w:type="dxa"/>
            </w:tcMar>
            <w:vAlign w:val="center"/>
          </w:tcPr>
          <w:p w14:paraId="5F0A2657" w14:textId="77777777" w:rsidR="0022719F" w:rsidRDefault="00C67363">
            <w:pPr>
              <w:keepNext/>
              <w:spacing w:after="0" w:line="240" w:lineRule="auto"/>
            </w:pPr>
            <w:r>
              <w:rPr>
                <w:rFonts w:eastAsia="Calibri"/>
                <w:sz w:val="17"/>
              </w:rPr>
              <w:t>YYYY / MM / DD: __________________</w:t>
            </w:r>
          </w:p>
        </w:tc>
      </w:tr>
      <w:tr w:rsidR="0022719F" w14:paraId="2B0F9B12" w14:textId="77777777">
        <w:trPr>
          <w:cantSplit/>
          <w:trHeight w:val="389"/>
        </w:trPr>
        <w:tc>
          <w:tcPr>
            <w:tcW w:w="2180" w:type="dxa"/>
            <w:shd w:val="clear" w:color="auto" w:fill="F2F4F7"/>
            <w:tcMar>
              <w:top w:w="45" w:type="dxa"/>
              <w:left w:w="75" w:type="dxa"/>
              <w:bottom w:w="45" w:type="dxa"/>
              <w:right w:w="75" w:type="dxa"/>
            </w:tcMar>
            <w:vAlign w:val="center"/>
          </w:tcPr>
          <w:p w14:paraId="4756395F" w14:textId="77777777" w:rsidR="0022719F" w:rsidRDefault="00C67363">
            <w:pPr>
              <w:spacing w:after="0" w:line="252" w:lineRule="auto"/>
            </w:pPr>
            <w:r>
              <w:rPr>
                <w:rFonts w:eastAsia="Calibri"/>
                <w:b/>
                <w:color w:val="163B5C"/>
                <w:sz w:val="17"/>
              </w:rPr>
              <w:t>Payment reference</w:t>
            </w:r>
          </w:p>
        </w:tc>
        <w:tc>
          <w:tcPr>
            <w:tcW w:w="5380" w:type="dxa"/>
            <w:tcMar>
              <w:top w:w="45" w:type="dxa"/>
              <w:left w:w="75" w:type="dxa"/>
              <w:bottom w:w="45" w:type="dxa"/>
              <w:right w:w="75" w:type="dxa"/>
            </w:tcMar>
            <w:vAlign w:val="center"/>
          </w:tcPr>
          <w:p w14:paraId="51E3D3BE" w14:textId="77777777" w:rsidR="0022719F" w:rsidRDefault="00C67363">
            <w:pPr>
              <w:spacing w:after="0" w:line="240" w:lineRule="auto"/>
            </w:pPr>
            <w:r>
              <w:rPr>
                <w:rFonts w:eastAsia="Calibri"/>
                <w:sz w:val="17"/>
              </w:rPr>
              <w:t> </w:t>
            </w:r>
          </w:p>
        </w:tc>
        <w:tc>
          <w:tcPr>
            <w:tcW w:w="2180" w:type="dxa"/>
            <w:shd w:val="clear" w:color="auto" w:fill="F2F4F7"/>
            <w:tcMar>
              <w:top w:w="45" w:type="dxa"/>
              <w:left w:w="75" w:type="dxa"/>
              <w:bottom w:w="45" w:type="dxa"/>
              <w:right w:w="75" w:type="dxa"/>
            </w:tcMar>
            <w:vAlign w:val="center"/>
          </w:tcPr>
          <w:p w14:paraId="2C3EFEE2" w14:textId="77777777" w:rsidR="0022719F" w:rsidRDefault="00C67363">
            <w:pPr>
              <w:spacing w:after="0" w:line="252" w:lineRule="auto"/>
            </w:pPr>
            <w:r>
              <w:rPr>
                <w:rFonts w:eastAsia="Calibri"/>
                <w:b/>
                <w:color w:val="163B5C"/>
                <w:sz w:val="17"/>
              </w:rPr>
              <w:t>Payment confirmation</w:t>
            </w:r>
          </w:p>
        </w:tc>
        <w:tc>
          <w:tcPr>
            <w:tcW w:w="5380" w:type="dxa"/>
            <w:tcMar>
              <w:top w:w="45" w:type="dxa"/>
              <w:left w:w="75" w:type="dxa"/>
              <w:bottom w:w="45" w:type="dxa"/>
              <w:right w:w="75" w:type="dxa"/>
            </w:tcMar>
            <w:vAlign w:val="center"/>
          </w:tcPr>
          <w:p w14:paraId="07C4FC4C" w14:textId="77777777" w:rsidR="0022719F" w:rsidRDefault="00C67363">
            <w:pPr>
              <w:spacing w:after="0" w:line="240" w:lineRule="auto"/>
            </w:pPr>
            <w:r>
              <w:rPr>
                <w:rFonts w:eastAsia="Calibri"/>
                <w:sz w:val="17"/>
              </w:rPr>
              <w:t>☐</w:t>
            </w:r>
            <w:r>
              <w:rPr>
                <w:rFonts w:eastAsia="Calibri"/>
                <w:sz w:val="17"/>
              </w:rPr>
              <w:t xml:space="preserve"> Attached   ☐ Will email separately</w:t>
            </w:r>
          </w:p>
        </w:tc>
      </w:tr>
    </w:tbl>
    <w:p w14:paraId="10BCC281" w14:textId="77777777" w:rsidR="0022719F" w:rsidRDefault="00C67363">
      <w:pPr>
        <w:keepNext/>
        <w:spacing w:before="80" w:after="100" w:line="240" w:lineRule="auto"/>
      </w:pPr>
      <w:r>
        <w:rPr>
          <w:rFonts w:eastAsia="Calibri"/>
          <w:b/>
          <w:color w:val="2E74B5"/>
          <w:sz w:val="27"/>
        </w:rPr>
        <w:t>5. Important Notes</w:t>
      </w:r>
    </w:p>
    <w:p w14:paraId="347E94D9" w14:textId="77777777" w:rsidR="0022719F" w:rsidRDefault="00C67363">
      <w:pPr>
        <w:numPr>
          <w:ilvl w:val="0"/>
          <w:numId w:val="1"/>
        </w:numPr>
        <w:spacing w:after="40" w:line="240" w:lineRule="auto"/>
      </w:pPr>
      <w:r>
        <w:rPr>
          <w:rFonts w:eastAsia="Calibri"/>
          <w:sz w:val="17"/>
        </w:rPr>
        <w:t>After payment, email the payment confirmation to MBAT so the transfer can be matched to this registration.</w:t>
      </w:r>
    </w:p>
    <w:p w14:paraId="77211555" w14:textId="272A4193" w:rsidR="0022719F" w:rsidRPr="00D43B6C" w:rsidRDefault="00C67363">
      <w:pPr>
        <w:numPr>
          <w:ilvl w:val="0"/>
          <w:numId w:val="1"/>
        </w:numPr>
        <w:spacing w:after="40" w:line="240" w:lineRule="auto"/>
      </w:pPr>
      <w:r>
        <w:rPr>
          <w:rFonts w:eastAsia="Calibri"/>
          <w:sz w:val="17"/>
        </w:rPr>
        <w:t>The sender is responsible for all sending, intermediary, and receiving bank charges.</w:t>
      </w:r>
      <w:r w:rsidRPr="00D43B6C">
        <w:rPr>
          <w:rFonts w:eastAsia="Calibri"/>
          <w:b/>
          <w:bCs/>
          <w:sz w:val="17"/>
        </w:rPr>
        <w:t xml:space="preserve"> </w:t>
      </w:r>
      <w:r w:rsidRPr="00D43B6C">
        <w:rPr>
          <w:rFonts w:eastAsia="Calibri"/>
          <w:sz w:val="17"/>
        </w:rPr>
        <w:t>MBAT must receive the full</w:t>
      </w:r>
      <w:r w:rsidRPr="00D43B6C">
        <w:rPr>
          <w:rFonts w:eastAsia="Calibri"/>
          <w:sz w:val="17"/>
        </w:rPr>
        <w:t xml:space="preserve"> amount.</w:t>
      </w:r>
    </w:p>
    <w:p w14:paraId="4B3C492D" w14:textId="77777777" w:rsidR="0022719F" w:rsidRDefault="00C67363">
      <w:pPr>
        <w:numPr>
          <w:ilvl w:val="0"/>
          <w:numId w:val="1"/>
        </w:numPr>
        <w:spacing w:after="40" w:line="240" w:lineRule="auto"/>
      </w:pPr>
      <w:r>
        <w:rPr>
          <w:rFonts w:eastAsia="Calibri"/>
          <w:sz w:val="17"/>
        </w:rPr>
        <w:t>Registration fees are non-refundable once payment has been received. Participant substitutions may be accepted in advance; please contact the IMCT Secretariat for assistance.</w:t>
      </w:r>
    </w:p>
    <w:p w14:paraId="62D02162" w14:textId="77777777" w:rsidR="0022719F" w:rsidRDefault="00C67363">
      <w:pPr>
        <w:numPr>
          <w:ilvl w:val="0"/>
          <w:numId w:val="1"/>
        </w:numPr>
        <w:spacing w:after="40" w:line="240" w:lineRule="auto"/>
      </w:pPr>
      <w:r>
        <w:rPr>
          <w:rFonts w:eastAsia="Calibri"/>
          <w:sz w:val="17"/>
        </w:rPr>
        <w:t>MBAT may revise the programme, speakers, venue arrangements, or event format when necessary.</w:t>
      </w:r>
    </w:p>
    <w:p w14:paraId="659D84DD" w14:textId="77777777" w:rsidR="0022719F" w:rsidRDefault="00C67363">
      <w:pPr>
        <w:keepNext/>
        <w:spacing w:before="80" w:after="100" w:line="240" w:lineRule="auto"/>
      </w:pPr>
      <w:r>
        <w:rPr>
          <w:rFonts w:eastAsia="Calibri"/>
          <w:b/>
          <w:color w:val="2E74B5"/>
          <w:sz w:val="27"/>
        </w:rPr>
        <w:t>6. Declaration and Submission</w:t>
      </w:r>
    </w:p>
    <w:p w14:paraId="66FF1170" w14:textId="77777777" w:rsidR="0022719F" w:rsidRDefault="00C67363">
      <w:pPr>
        <w:spacing w:line="240" w:lineRule="auto"/>
      </w:pPr>
      <w:r>
        <w:rPr>
          <w:rFonts w:eastAsia="Calibri"/>
          <w:sz w:val="17"/>
        </w:rPr>
        <w:t>☐</w:t>
      </w:r>
      <w:r>
        <w:rPr>
          <w:rFonts w:eastAsia="Calibri"/>
          <w:sz w:val="17"/>
        </w:rPr>
        <w:t xml:space="preserve"> As group coordinator, I confirm that the information is accurate, that each attendee has agreed to be registered, and that I have read the notes above. I authorize MBAT to use this information for registration, payment, and event communication.</w:t>
      </w:r>
    </w:p>
    <w:tbl>
      <w:tblPr>
        <w:tblW w:w="15120" w:type="dxa"/>
        <w:tblInd w:w="120" w:type="dxa"/>
        <w:tblBorders>
          <w:top w:val="single" w:sz="5" w:space="0" w:color="C8D2DC"/>
          <w:left w:val="single" w:sz="5" w:space="0" w:color="C8D2DC"/>
          <w:bottom w:val="single" w:sz="5" w:space="0" w:color="C8D2DC"/>
          <w:right w:val="single" w:sz="5" w:space="0" w:color="C8D2DC"/>
          <w:insideH w:val="single" w:sz="5" w:space="0" w:color="C8D2DC"/>
          <w:insideV w:val="single" w:sz="5" w:space="0" w:color="C8D2DC"/>
        </w:tblBorders>
        <w:tblLayout w:type="fixed"/>
        <w:tblLook w:val="04A0" w:firstRow="1" w:lastRow="0" w:firstColumn="1" w:lastColumn="0" w:noHBand="0" w:noVBand="1"/>
      </w:tblPr>
      <w:tblGrid>
        <w:gridCol w:w="2180"/>
        <w:gridCol w:w="5380"/>
        <w:gridCol w:w="2180"/>
        <w:gridCol w:w="5380"/>
      </w:tblGrid>
      <w:tr w:rsidR="0022719F" w14:paraId="61723609" w14:textId="77777777">
        <w:trPr>
          <w:cantSplit/>
          <w:trHeight w:val="389"/>
        </w:trPr>
        <w:tc>
          <w:tcPr>
            <w:tcW w:w="2180" w:type="dxa"/>
            <w:shd w:val="clear" w:color="auto" w:fill="F2F4F7"/>
            <w:tcMar>
              <w:top w:w="45" w:type="dxa"/>
              <w:left w:w="75" w:type="dxa"/>
              <w:bottom w:w="45" w:type="dxa"/>
              <w:right w:w="75" w:type="dxa"/>
            </w:tcMar>
            <w:vAlign w:val="center"/>
          </w:tcPr>
          <w:p w14:paraId="624CD8E4" w14:textId="77777777" w:rsidR="0022719F" w:rsidRDefault="00C67363">
            <w:pPr>
              <w:spacing w:after="0" w:line="252" w:lineRule="auto"/>
            </w:pPr>
            <w:r>
              <w:rPr>
                <w:rFonts w:eastAsia="Calibri"/>
                <w:b/>
                <w:color w:val="163B5C"/>
                <w:sz w:val="17"/>
              </w:rPr>
              <w:t>Coordinator signature / typed name *</w:t>
            </w:r>
          </w:p>
        </w:tc>
        <w:tc>
          <w:tcPr>
            <w:tcW w:w="5380" w:type="dxa"/>
            <w:tcMar>
              <w:top w:w="45" w:type="dxa"/>
              <w:left w:w="75" w:type="dxa"/>
              <w:bottom w:w="45" w:type="dxa"/>
              <w:right w:w="75" w:type="dxa"/>
            </w:tcMar>
            <w:vAlign w:val="center"/>
          </w:tcPr>
          <w:p w14:paraId="39298F8D" w14:textId="77777777" w:rsidR="0022719F" w:rsidRDefault="00C67363">
            <w:pPr>
              <w:spacing w:after="0" w:line="240" w:lineRule="auto"/>
            </w:pPr>
            <w:r>
              <w:rPr>
                <w:rFonts w:eastAsia="Calibri"/>
                <w:sz w:val="17"/>
              </w:rPr>
              <w:t> </w:t>
            </w:r>
          </w:p>
        </w:tc>
        <w:tc>
          <w:tcPr>
            <w:tcW w:w="2180" w:type="dxa"/>
            <w:shd w:val="clear" w:color="auto" w:fill="F2F4F7"/>
            <w:tcMar>
              <w:top w:w="45" w:type="dxa"/>
              <w:left w:w="75" w:type="dxa"/>
              <w:bottom w:w="45" w:type="dxa"/>
              <w:right w:w="75" w:type="dxa"/>
            </w:tcMar>
            <w:vAlign w:val="center"/>
          </w:tcPr>
          <w:p w14:paraId="0A74DD35" w14:textId="77777777" w:rsidR="0022719F" w:rsidRDefault="00C67363">
            <w:pPr>
              <w:spacing w:after="0" w:line="252" w:lineRule="auto"/>
            </w:pPr>
            <w:r>
              <w:rPr>
                <w:rFonts w:eastAsia="Calibri"/>
                <w:b/>
                <w:color w:val="163B5C"/>
                <w:sz w:val="17"/>
              </w:rPr>
              <w:t>Date *</w:t>
            </w:r>
          </w:p>
        </w:tc>
        <w:tc>
          <w:tcPr>
            <w:tcW w:w="5380" w:type="dxa"/>
            <w:tcMar>
              <w:top w:w="45" w:type="dxa"/>
              <w:left w:w="75" w:type="dxa"/>
              <w:bottom w:w="45" w:type="dxa"/>
              <w:right w:w="75" w:type="dxa"/>
            </w:tcMar>
            <w:vAlign w:val="center"/>
          </w:tcPr>
          <w:p w14:paraId="4056EA95" w14:textId="77777777" w:rsidR="0022719F" w:rsidRDefault="00C67363">
            <w:pPr>
              <w:spacing w:after="0" w:line="240" w:lineRule="auto"/>
            </w:pPr>
            <w:r>
              <w:rPr>
                <w:rFonts w:eastAsia="Calibri"/>
                <w:sz w:val="17"/>
              </w:rPr>
              <w:t>YYYY / MM / DD: __________________</w:t>
            </w:r>
          </w:p>
        </w:tc>
      </w:tr>
    </w:tbl>
    <w:p w14:paraId="758FE44A" w14:textId="77777777" w:rsidR="0022719F" w:rsidRDefault="00C67363">
      <w:pPr>
        <w:spacing w:before="80" w:after="40" w:line="240" w:lineRule="auto"/>
      </w:pPr>
      <w:r>
        <w:rPr>
          <w:rFonts w:eastAsia="Calibri"/>
          <w:b/>
          <w:color w:val="163B5C"/>
          <w:sz w:val="17"/>
        </w:rPr>
        <w:t xml:space="preserve">EMAIL THE COMPLETED FORM TO  </w:t>
      </w:r>
      <w:hyperlink r:id="rId8">
        <w:r>
          <w:rPr>
            <w:color w:val="2E74B5"/>
            <w:sz w:val="17"/>
            <w:u w:val="single"/>
          </w:rPr>
          <w:t>mbat@magazine.org.tw</w:t>
        </w:r>
      </w:hyperlink>
      <w:r>
        <w:rPr>
          <w:rFonts w:eastAsia="Calibri"/>
          <w:b/>
          <w:color w:val="163B5C"/>
          <w:sz w:val="17"/>
        </w:rPr>
        <w:t xml:space="preserve">     EMAIL </w:t>
      </w:r>
      <w:proofErr w:type="gramStart"/>
      <w:r>
        <w:rPr>
          <w:rFonts w:eastAsia="Calibri"/>
          <w:b/>
          <w:color w:val="163B5C"/>
          <w:sz w:val="17"/>
        </w:rPr>
        <w:t xml:space="preserve">SUBJECT  </w:t>
      </w:r>
      <w:r>
        <w:rPr>
          <w:rFonts w:eastAsia="Calibri"/>
          <w:sz w:val="17"/>
        </w:rPr>
        <w:t>IMCT</w:t>
      </w:r>
      <w:proofErr w:type="gramEnd"/>
      <w:r>
        <w:rPr>
          <w:rFonts w:eastAsia="Calibri"/>
          <w:sz w:val="17"/>
        </w:rPr>
        <w:t xml:space="preserve"> 2026 Group Registration – [Organization Name]</w:t>
      </w:r>
    </w:p>
    <w:p w14:paraId="2C35CFBD" w14:textId="77777777" w:rsidR="0022719F" w:rsidRDefault="00C67363">
      <w:pPr>
        <w:spacing w:after="40" w:line="240" w:lineRule="auto"/>
      </w:pPr>
      <w:proofErr w:type="gramStart"/>
      <w:r>
        <w:rPr>
          <w:rFonts w:eastAsia="Calibri"/>
          <w:b/>
          <w:color w:val="163B5C"/>
          <w:sz w:val="17"/>
        </w:rPr>
        <w:t xml:space="preserve">CONTACTS  </w:t>
      </w:r>
      <w:r>
        <w:rPr>
          <w:rFonts w:eastAsia="Calibri"/>
          <w:sz w:val="17"/>
        </w:rPr>
        <w:t>Betsy</w:t>
      </w:r>
      <w:proofErr w:type="gramEnd"/>
      <w:r>
        <w:rPr>
          <w:rFonts w:eastAsia="Calibri"/>
          <w:sz w:val="17"/>
        </w:rPr>
        <w:t xml:space="preserve"> Lin: </w:t>
      </w:r>
      <w:proofErr w:type="gramStart"/>
      <w:r>
        <w:rPr>
          <w:rFonts w:eastAsia="Calibri"/>
          <w:sz w:val="17"/>
        </w:rPr>
        <w:t>mbat@magazine.org.tw  |</w:t>
      </w:r>
      <w:proofErr w:type="gramEnd"/>
      <w:r>
        <w:rPr>
          <w:rFonts w:eastAsia="Calibri"/>
          <w:sz w:val="17"/>
        </w:rPr>
        <w:t xml:space="preserve">  Carol Chu: </w:t>
      </w:r>
      <w:proofErr w:type="gramStart"/>
      <w:r>
        <w:rPr>
          <w:rFonts w:eastAsia="Calibri"/>
          <w:sz w:val="17"/>
        </w:rPr>
        <w:t>carol_chu@magazine.org.tw  |</w:t>
      </w:r>
      <w:proofErr w:type="gramEnd"/>
      <w:r>
        <w:rPr>
          <w:rFonts w:eastAsia="Calibri"/>
          <w:sz w:val="17"/>
        </w:rPr>
        <w:t xml:space="preserve">  +886 2 2716 </w:t>
      </w:r>
      <w:proofErr w:type="gramStart"/>
      <w:r>
        <w:rPr>
          <w:rFonts w:eastAsia="Calibri"/>
          <w:sz w:val="17"/>
        </w:rPr>
        <w:t>5696  |</w:t>
      </w:r>
      <w:proofErr w:type="gramEnd"/>
      <w:r>
        <w:rPr>
          <w:rFonts w:eastAsia="Calibri"/>
          <w:sz w:val="17"/>
        </w:rPr>
        <w:t xml:space="preserve">  Rm. 1028, 10F, No. 144, Sec. 3, Minquan E. Rd., Taipei City 105, Taiwan</w:t>
      </w:r>
    </w:p>
    <w:p w14:paraId="276F4C05" w14:textId="77777777" w:rsidR="0022719F" w:rsidRDefault="00C67363">
      <w:pPr>
        <w:keepNext/>
        <w:spacing w:before="20" w:after="40" w:line="240" w:lineRule="auto"/>
      </w:pPr>
      <w:r>
        <w:rPr>
          <w:rFonts w:eastAsia="Calibri"/>
          <w:b/>
          <w:color w:val="2E74B5"/>
          <w:sz w:val="17"/>
        </w:rPr>
        <w:t>FOR MBAT USE ONLY</w:t>
      </w:r>
    </w:p>
    <w:tbl>
      <w:tblPr>
        <w:tblW w:w="15120" w:type="dxa"/>
        <w:tblInd w:w="120" w:type="dxa"/>
        <w:tblBorders>
          <w:top w:val="single" w:sz="5" w:space="0" w:color="C8D2DC"/>
          <w:left w:val="single" w:sz="5" w:space="0" w:color="C8D2DC"/>
          <w:bottom w:val="single" w:sz="5" w:space="0" w:color="C8D2DC"/>
          <w:right w:val="single" w:sz="5" w:space="0" w:color="C8D2DC"/>
          <w:insideH w:val="single" w:sz="5" w:space="0" w:color="C8D2DC"/>
          <w:insideV w:val="single" w:sz="5" w:space="0" w:color="C8D2DC"/>
        </w:tblBorders>
        <w:tblLayout w:type="fixed"/>
        <w:tblLook w:val="04A0" w:firstRow="1" w:lastRow="0" w:firstColumn="1" w:lastColumn="0" w:noHBand="0" w:noVBand="1"/>
      </w:tblPr>
      <w:tblGrid>
        <w:gridCol w:w="2180"/>
        <w:gridCol w:w="5380"/>
        <w:gridCol w:w="2180"/>
        <w:gridCol w:w="5380"/>
      </w:tblGrid>
      <w:tr w:rsidR="0022719F" w14:paraId="7903D4B8" w14:textId="77777777">
        <w:trPr>
          <w:cantSplit/>
          <w:trHeight w:val="346"/>
        </w:trPr>
        <w:tc>
          <w:tcPr>
            <w:tcW w:w="2180" w:type="dxa"/>
            <w:shd w:val="clear" w:color="auto" w:fill="F2F4F7"/>
            <w:tcMar>
              <w:top w:w="45" w:type="dxa"/>
              <w:left w:w="75" w:type="dxa"/>
              <w:bottom w:w="45" w:type="dxa"/>
              <w:right w:w="75" w:type="dxa"/>
            </w:tcMar>
            <w:vAlign w:val="center"/>
          </w:tcPr>
          <w:p w14:paraId="73C424CB" w14:textId="77777777" w:rsidR="0022719F" w:rsidRDefault="00C67363">
            <w:pPr>
              <w:keepNext/>
              <w:spacing w:after="0" w:line="252" w:lineRule="auto"/>
            </w:pPr>
            <w:r>
              <w:rPr>
                <w:rFonts w:eastAsia="Calibri"/>
                <w:b/>
                <w:color w:val="163B5C"/>
                <w:sz w:val="16"/>
              </w:rPr>
              <w:t>Registration ID</w:t>
            </w:r>
          </w:p>
        </w:tc>
        <w:tc>
          <w:tcPr>
            <w:tcW w:w="5380" w:type="dxa"/>
            <w:tcMar>
              <w:top w:w="45" w:type="dxa"/>
              <w:left w:w="75" w:type="dxa"/>
              <w:bottom w:w="45" w:type="dxa"/>
              <w:right w:w="75" w:type="dxa"/>
            </w:tcMar>
            <w:vAlign w:val="center"/>
          </w:tcPr>
          <w:p w14:paraId="46C47CCD" w14:textId="77777777" w:rsidR="0022719F" w:rsidRDefault="00C67363">
            <w:pPr>
              <w:keepNext/>
              <w:spacing w:after="0" w:line="240" w:lineRule="auto"/>
            </w:pPr>
            <w:r>
              <w:rPr>
                <w:rFonts w:eastAsia="Calibri"/>
                <w:sz w:val="16"/>
              </w:rPr>
              <w:t> </w:t>
            </w:r>
          </w:p>
        </w:tc>
        <w:tc>
          <w:tcPr>
            <w:tcW w:w="2180" w:type="dxa"/>
            <w:shd w:val="clear" w:color="auto" w:fill="F2F4F7"/>
            <w:tcMar>
              <w:top w:w="45" w:type="dxa"/>
              <w:left w:w="75" w:type="dxa"/>
              <w:bottom w:w="45" w:type="dxa"/>
              <w:right w:w="75" w:type="dxa"/>
            </w:tcMar>
            <w:vAlign w:val="center"/>
          </w:tcPr>
          <w:p w14:paraId="7AF4A474" w14:textId="77777777" w:rsidR="0022719F" w:rsidRDefault="00C67363">
            <w:pPr>
              <w:keepNext/>
              <w:spacing w:after="0" w:line="252" w:lineRule="auto"/>
            </w:pPr>
            <w:r>
              <w:rPr>
                <w:rFonts w:eastAsia="Calibri"/>
                <w:b/>
                <w:color w:val="163B5C"/>
                <w:sz w:val="16"/>
              </w:rPr>
              <w:t>Form received</w:t>
            </w:r>
          </w:p>
        </w:tc>
        <w:tc>
          <w:tcPr>
            <w:tcW w:w="5380" w:type="dxa"/>
            <w:tcMar>
              <w:top w:w="45" w:type="dxa"/>
              <w:left w:w="75" w:type="dxa"/>
              <w:bottom w:w="45" w:type="dxa"/>
              <w:right w:w="75" w:type="dxa"/>
            </w:tcMar>
            <w:vAlign w:val="center"/>
          </w:tcPr>
          <w:p w14:paraId="1655EA22" w14:textId="77777777" w:rsidR="0022719F" w:rsidRDefault="00C67363">
            <w:pPr>
              <w:keepNext/>
              <w:spacing w:after="0" w:line="240" w:lineRule="auto"/>
            </w:pPr>
            <w:r>
              <w:rPr>
                <w:rFonts w:eastAsia="Calibri"/>
                <w:sz w:val="16"/>
              </w:rPr>
              <w:t>Date: ____________   Staff: ________</w:t>
            </w:r>
          </w:p>
        </w:tc>
      </w:tr>
      <w:tr w:rsidR="0022719F" w14:paraId="767F9DE2" w14:textId="77777777">
        <w:trPr>
          <w:cantSplit/>
          <w:trHeight w:val="346"/>
        </w:trPr>
        <w:tc>
          <w:tcPr>
            <w:tcW w:w="2180" w:type="dxa"/>
            <w:shd w:val="clear" w:color="auto" w:fill="F2F4F7"/>
            <w:tcMar>
              <w:top w:w="45" w:type="dxa"/>
              <w:left w:w="75" w:type="dxa"/>
              <w:bottom w:w="45" w:type="dxa"/>
              <w:right w:w="75" w:type="dxa"/>
            </w:tcMar>
            <w:vAlign w:val="center"/>
          </w:tcPr>
          <w:p w14:paraId="230483CB" w14:textId="77777777" w:rsidR="0022719F" w:rsidRDefault="00C67363">
            <w:pPr>
              <w:spacing w:after="0" w:line="252" w:lineRule="auto"/>
            </w:pPr>
            <w:r>
              <w:rPr>
                <w:rFonts w:eastAsia="Calibri"/>
                <w:b/>
                <w:color w:val="163B5C"/>
                <w:sz w:val="16"/>
              </w:rPr>
              <w:t>Payment status</w:t>
            </w:r>
          </w:p>
        </w:tc>
        <w:tc>
          <w:tcPr>
            <w:tcW w:w="5380" w:type="dxa"/>
            <w:tcMar>
              <w:top w:w="45" w:type="dxa"/>
              <w:left w:w="75" w:type="dxa"/>
              <w:bottom w:w="45" w:type="dxa"/>
              <w:right w:w="75" w:type="dxa"/>
            </w:tcMar>
            <w:vAlign w:val="center"/>
          </w:tcPr>
          <w:p w14:paraId="7F40BA6A" w14:textId="77777777" w:rsidR="0022719F" w:rsidRDefault="00C67363">
            <w:pPr>
              <w:spacing w:after="0" w:line="240" w:lineRule="auto"/>
            </w:pPr>
            <w:r>
              <w:rPr>
                <w:rFonts w:eastAsia="Calibri"/>
                <w:sz w:val="16"/>
              </w:rPr>
              <w:t>☐</w:t>
            </w:r>
            <w:r>
              <w:rPr>
                <w:rFonts w:eastAsia="Calibri"/>
                <w:sz w:val="16"/>
              </w:rPr>
              <w:t xml:space="preserve"> Pending   ☐ Received   Date: ____________</w:t>
            </w:r>
          </w:p>
        </w:tc>
        <w:tc>
          <w:tcPr>
            <w:tcW w:w="2180" w:type="dxa"/>
            <w:shd w:val="clear" w:color="auto" w:fill="F2F4F7"/>
            <w:tcMar>
              <w:top w:w="45" w:type="dxa"/>
              <w:left w:w="75" w:type="dxa"/>
              <w:bottom w:w="45" w:type="dxa"/>
              <w:right w:w="75" w:type="dxa"/>
            </w:tcMar>
            <w:vAlign w:val="center"/>
          </w:tcPr>
          <w:p w14:paraId="713C7322" w14:textId="77777777" w:rsidR="0022719F" w:rsidRDefault="00C67363">
            <w:pPr>
              <w:spacing w:after="0" w:line="252" w:lineRule="auto"/>
            </w:pPr>
            <w:r>
              <w:rPr>
                <w:rFonts w:eastAsia="Calibri"/>
                <w:b/>
                <w:color w:val="163B5C"/>
                <w:sz w:val="16"/>
              </w:rPr>
              <w:t>Confirmation</w:t>
            </w:r>
          </w:p>
        </w:tc>
        <w:tc>
          <w:tcPr>
            <w:tcW w:w="5380" w:type="dxa"/>
            <w:tcMar>
              <w:top w:w="45" w:type="dxa"/>
              <w:left w:w="75" w:type="dxa"/>
              <w:bottom w:w="45" w:type="dxa"/>
              <w:right w:w="75" w:type="dxa"/>
            </w:tcMar>
            <w:vAlign w:val="center"/>
          </w:tcPr>
          <w:p w14:paraId="3719DEA8" w14:textId="77777777" w:rsidR="0022719F" w:rsidRDefault="00C67363">
            <w:pPr>
              <w:spacing w:after="0" w:line="240" w:lineRule="auto"/>
            </w:pPr>
            <w:r>
              <w:rPr>
                <w:rFonts w:eastAsia="Calibri"/>
                <w:sz w:val="16"/>
              </w:rPr>
              <w:t>☐</w:t>
            </w:r>
            <w:r>
              <w:rPr>
                <w:rFonts w:eastAsia="Calibri"/>
                <w:sz w:val="16"/>
              </w:rPr>
              <w:t xml:space="preserve"> Sent   Date: ____________</w:t>
            </w:r>
          </w:p>
        </w:tc>
      </w:tr>
    </w:tbl>
    <w:p w14:paraId="18D8D28D" w14:textId="77777777" w:rsidR="00C67363" w:rsidRPr="008B0104" w:rsidRDefault="00C67363" w:rsidP="008B0104">
      <w:pPr>
        <w:rPr>
          <w:rFonts w:eastAsia="新細明體" w:hint="eastAsia"/>
          <w:lang w:eastAsia="zh-TW"/>
        </w:rPr>
      </w:pPr>
    </w:p>
    <w:sectPr w:rsidR="00C67363" w:rsidRPr="008B0104" w:rsidSect="00034616">
      <w:headerReference w:type="default" r:id="rId9"/>
      <w:footerReference w:type="default" r:id="rId10"/>
      <w:pgSz w:w="16834" w:h="11909" w:orient="landscape"/>
      <w:pgMar w:top="605" w:right="835" w:bottom="605" w:left="835" w:header="317"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14E3B" w14:textId="77777777" w:rsidR="00C67363" w:rsidRDefault="00C67363">
      <w:pPr>
        <w:spacing w:after="0" w:line="240" w:lineRule="auto"/>
      </w:pPr>
      <w:r>
        <w:separator/>
      </w:r>
    </w:p>
  </w:endnote>
  <w:endnote w:type="continuationSeparator" w:id="0">
    <w:p w14:paraId="48CF7BBA" w14:textId="77777777" w:rsidR="00C67363" w:rsidRDefault="00C67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DDA3" w14:textId="77777777" w:rsidR="0022719F" w:rsidRDefault="00C67363">
    <w:pPr>
      <w:pStyle w:val="a6"/>
      <w:jc w:val="center"/>
    </w:pPr>
    <w:r>
      <w:rPr>
        <w:rFonts w:eastAsia="Calibri"/>
        <w:color w:val="5F6B76"/>
        <w:sz w:val="16"/>
      </w:rPr>
      <w:t>Media Business Association of Taipei (</w:t>
    </w:r>
    <w:proofErr w:type="gramStart"/>
    <w:r>
      <w:rPr>
        <w:rFonts w:eastAsia="Calibri"/>
        <w:color w:val="5F6B76"/>
        <w:sz w:val="16"/>
      </w:rPr>
      <w:t>MBAT)</w:t>
    </w:r>
    <w:r>
      <w:rPr>
        <w:rFonts w:eastAsia="Calibri"/>
        <w:color w:val="5F6B76"/>
        <w:sz w:val="18"/>
      </w:rPr>
      <w:t xml:space="preserve">  |</w:t>
    </w:r>
    <w:proofErr w:type="gramEnd"/>
    <w:r>
      <w:rPr>
        <w:rFonts w:eastAsia="Calibri"/>
        <w:color w:val="5F6B76"/>
        <w:sz w:val="18"/>
      </w:rPr>
      <w:t xml:space="preserve">  Page </w:t>
    </w:r>
    <w:r>
      <w:rPr>
        <w:rFonts w:eastAsia="Calibri"/>
        <w:color w:val="5F6B76"/>
        <w:sz w:val="18"/>
      </w:rPr>
      <w:fldChar w:fldCharType="begin"/>
    </w:r>
    <w:r>
      <w:rPr>
        <w:rFonts w:eastAsia="Calibri"/>
        <w:color w:val="5F6B76"/>
        <w:sz w:val="18"/>
      </w:rPr>
      <w:instrText xml:space="preserve"> PAGE </w:instrText>
    </w:r>
    <w:r>
      <w:rPr>
        <w:rFonts w:eastAsia="Calibri"/>
        <w:color w:val="5F6B76"/>
        <w:sz w:val="18"/>
      </w:rPr>
      <w:fldChar w:fldCharType="separate"/>
    </w:r>
    <w:r>
      <w:rPr>
        <w:rFonts w:eastAsia="Calibri"/>
        <w:color w:val="5F6B76"/>
        <w:sz w:val="18"/>
      </w:rPr>
      <w:t>1</w:t>
    </w:r>
    <w:r>
      <w:rPr>
        <w:rFonts w:eastAsia="Calibri"/>
        <w:color w:val="5F6B7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E820B" w14:textId="77777777" w:rsidR="00C67363" w:rsidRDefault="00C67363">
      <w:pPr>
        <w:spacing w:after="0" w:line="240" w:lineRule="auto"/>
      </w:pPr>
      <w:r>
        <w:separator/>
      </w:r>
    </w:p>
  </w:footnote>
  <w:footnote w:type="continuationSeparator" w:id="0">
    <w:p w14:paraId="4A4CB50E" w14:textId="77777777" w:rsidR="00C67363" w:rsidRDefault="00C67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7E14" w14:textId="77777777" w:rsidR="0022719F" w:rsidRDefault="00C67363">
    <w:pPr>
      <w:pStyle w:val="a4"/>
    </w:pPr>
    <w:r>
      <w:rPr>
        <w:rFonts w:eastAsia="Calibri"/>
        <w:b/>
        <w:color w:val="163B5C"/>
        <w:sz w:val="16"/>
      </w:rPr>
      <w:t xml:space="preserve">IMCT </w:t>
    </w:r>
    <w:proofErr w:type="gramStart"/>
    <w:r>
      <w:rPr>
        <w:rFonts w:eastAsia="Calibri"/>
        <w:b/>
        <w:color w:val="163B5C"/>
        <w:sz w:val="16"/>
      </w:rPr>
      <w:t>2026</w:t>
    </w:r>
    <w:r>
      <w:rPr>
        <w:rFonts w:eastAsia="Calibri"/>
        <w:color w:val="5F6B76"/>
        <w:sz w:val="16"/>
      </w:rPr>
      <w:t xml:space="preserve">  |</w:t>
    </w:r>
    <w:proofErr w:type="gramEnd"/>
    <w:r>
      <w:rPr>
        <w:rFonts w:eastAsia="Calibri"/>
        <w:color w:val="5F6B76"/>
        <w:sz w:val="16"/>
      </w:rPr>
      <w:t xml:space="preserve">  INTERNATIONAL GROUP REGISTRATION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2D752C"/>
    <w:multiLevelType w:val="singleLevel"/>
    <w:tmpl w:val="BE2403CC"/>
    <w:lvl w:ilvl="0">
      <w:start w:val="1"/>
      <w:numFmt w:val="decimal"/>
      <w:pStyle w:val="a"/>
      <w:lvlText w:val="%1."/>
      <w:lvlJc w:val="left"/>
      <w:pPr>
        <w:tabs>
          <w:tab w:val="num" w:pos="720"/>
        </w:tabs>
        <w:spacing w:after="160" w:line="280" w:lineRule="auto"/>
        <w:ind w:left="720" w:hanging="360"/>
      </w:pPr>
    </w:lvl>
  </w:abstractNum>
  <w:num w:numId="1" w16cid:durableId="16040713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719F"/>
    <w:rsid w:val="0029639D"/>
    <w:rsid w:val="00326F90"/>
    <w:rsid w:val="00443C21"/>
    <w:rsid w:val="00466DD2"/>
    <w:rsid w:val="007D24A5"/>
    <w:rsid w:val="008B0104"/>
    <w:rsid w:val="00AA1D8D"/>
    <w:rsid w:val="00B47730"/>
    <w:rsid w:val="00BA4C12"/>
    <w:rsid w:val="00C67363"/>
    <w:rsid w:val="00CB0664"/>
    <w:rsid w:val="00D43B6C"/>
    <w:rsid w:val="00DA56F5"/>
    <w:rsid w:val="00EB72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C0D4F1"/>
  <w14:defaultImageDpi w14:val="300"/>
  <w15:docId w15:val="{C9B2945D-26B1-4777-A596-DD0EDCB9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80" w:line="250" w:lineRule="auto"/>
    </w:pPr>
    <w:rPr>
      <w:rFonts w:ascii="Calibri" w:hAnsi="Calibri"/>
      <w:color w:val="222222"/>
      <w:sz w:val="19"/>
    </w:rPr>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頁首 字元"/>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頁尾 字元"/>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標題 1 字元"/>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標題 2 字元"/>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標題 3 字元"/>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標題 字元"/>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標題 字元"/>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本文 字元"/>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本文 2 字元"/>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本文 3 字元"/>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文 字元"/>
    <w:basedOn w:val="a1"/>
    <w:link w:val="af5"/>
    <w:uiPriority w:val="29"/>
    <w:rsid w:val="00FC693F"/>
    <w:rPr>
      <w:i/>
      <w:iCs/>
      <w:color w:val="000000" w:themeColor="text1"/>
    </w:rPr>
  </w:style>
  <w:style w:type="character" w:customStyle="1" w:styleId="40">
    <w:name w:val="標題 4 字元"/>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aff1">
    <w:name w:val="TOC Heading"/>
    <w:basedOn w:val="1"/>
    <w:next w:val="a0"/>
    <w:uiPriority w:val="39"/>
    <w:semiHidden/>
    <w:unhideWhenUsed/>
    <w:qFormat/>
    <w:rsid w:val="00FC693F"/>
    <w:pPr>
      <w:outlineLvl w:val="9"/>
    </w:pPr>
  </w:style>
  <w:style w:type="table" w:styleId="aff2">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at@magazine.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IMCT 2026 International Group Registration Form</dc:title>
  <dc:subject>10th International Media Conference of Taipei</dc:subject>
  <dc:creator>Media Business Association of Taipei (MBAT)</dc:creator>
  <cp:keywords>IMCT 2026, group registration, international attendees, Taipei</cp:keywords>
  <dc:description>Two-page group registration form for overseas attendees.</dc:description>
  <cp:lastModifiedBy>雜誌公會</cp:lastModifiedBy>
  <cp:revision>8</cp:revision>
  <dcterms:created xsi:type="dcterms:W3CDTF">2013-12-23T23:15:00Z</dcterms:created>
  <dcterms:modified xsi:type="dcterms:W3CDTF">2026-07-14T08:15:00Z</dcterms:modified>
  <cp:category/>
</cp:coreProperties>
</file>